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EC3" w:rsidRDefault="00C17EC3">
      <w:pPr>
        <w:autoSpaceDE w:val="0"/>
        <w:autoSpaceDN w:val="0"/>
        <w:spacing w:after="78" w:line="220" w:lineRule="exact"/>
      </w:pPr>
    </w:p>
    <w:p w:rsidR="00C17EC3" w:rsidRPr="002D4BAB" w:rsidRDefault="0060276B">
      <w:pPr>
        <w:autoSpaceDE w:val="0"/>
        <w:autoSpaceDN w:val="0"/>
        <w:spacing w:after="0" w:line="230" w:lineRule="auto"/>
        <w:ind w:left="1494"/>
        <w:rPr>
          <w:rFonts w:ascii="Times New Roman" w:hAnsi="Times New Roman" w:cs="Times New Roman"/>
          <w:lang w:val="ru-RU"/>
        </w:rPr>
      </w:pPr>
      <w:r w:rsidRPr="002D4BAB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C17EC3" w:rsidRPr="002D4BAB" w:rsidRDefault="0060276B" w:rsidP="0060276B">
      <w:pPr>
        <w:pStyle w:val="a9"/>
        <w:jc w:val="center"/>
        <w:rPr>
          <w:rFonts w:ascii="Times New Roman" w:hAnsi="Times New Roman" w:cs="Times New Roman"/>
          <w:lang w:val="ru-RU"/>
        </w:rPr>
      </w:pPr>
      <w:r w:rsidRPr="002D4BAB">
        <w:rPr>
          <w:rFonts w:ascii="Times New Roman" w:hAnsi="Times New Roman" w:cs="Times New Roman"/>
          <w:lang w:val="ru-RU"/>
        </w:rPr>
        <w:t>Министерство образования и науки Республики Башкортостан</w:t>
      </w:r>
    </w:p>
    <w:p w:rsidR="00633CCD" w:rsidRDefault="000D04BD" w:rsidP="0060276B">
      <w:pPr>
        <w:pStyle w:val="a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2D4BAB" w:rsidRPr="002D4BAB">
        <w:rPr>
          <w:rFonts w:ascii="Times New Roman" w:hAnsi="Times New Roman" w:cs="Times New Roman"/>
          <w:sz w:val="24"/>
          <w:szCs w:val="24"/>
          <w:lang w:val="ru-RU"/>
        </w:rPr>
        <w:t xml:space="preserve">униципальное бюджетное общеобразовательное учреждение  средняя общеобразовательная школа </w:t>
      </w:r>
    </w:p>
    <w:p w:rsidR="00E41A39" w:rsidRDefault="002D4BAB" w:rsidP="0060276B">
      <w:pPr>
        <w:pStyle w:val="a9"/>
        <w:jc w:val="center"/>
        <w:rPr>
          <w:rFonts w:ascii="Times New Roman" w:hAnsi="Times New Roman" w:cs="Times New Roman"/>
          <w:lang w:val="ru-RU"/>
        </w:rPr>
      </w:pPr>
      <w:r w:rsidRPr="002D4BAB">
        <w:rPr>
          <w:rFonts w:ascii="Times New Roman" w:hAnsi="Times New Roman" w:cs="Times New Roman"/>
          <w:sz w:val="24"/>
          <w:szCs w:val="24"/>
          <w:lang w:val="ru-RU"/>
        </w:rPr>
        <w:t xml:space="preserve">с. </w:t>
      </w:r>
      <w:proofErr w:type="spellStart"/>
      <w:r w:rsidRPr="002D4BAB">
        <w:rPr>
          <w:rFonts w:ascii="Times New Roman" w:hAnsi="Times New Roman" w:cs="Times New Roman"/>
          <w:sz w:val="24"/>
          <w:szCs w:val="24"/>
          <w:lang w:val="ru-RU"/>
        </w:rPr>
        <w:t>Рсаево</w:t>
      </w:r>
      <w:proofErr w:type="spellEnd"/>
      <w:r w:rsidRPr="002D4BAB">
        <w:rPr>
          <w:rFonts w:ascii="Times New Roman" w:hAnsi="Times New Roman" w:cs="Times New Roman"/>
          <w:sz w:val="24"/>
          <w:szCs w:val="24"/>
          <w:lang w:val="ru-RU"/>
        </w:rPr>
        <w:t xml:space="preserve">  муниципального района </w:t>
      </w:r>
      <w:proofErr w:type="spellStart"/>
      <w:r w:rsidRPr="002D4BAB">
        <w:rPr>
          <w:rFonts w:ascii="Times New Roman" w:hAnsi="Times New Roman" w:cs="Times New Roman"/>
          <w:sz w:val="24"/>
          <w:szCs w:val="24"/>
          <w:lang w:val="ru-RU"/>
        </w:rPr>
        <w:t>Илишевский</w:t>
      </w:r>
      <w:proofErr w:type="spellEnd"/>
      <w:r w:rsidRPr="002D4BAB">
        <w:rPr>
          <w:rFonts w:ascii="Times New Roman" w:hAnsi="Times New Roman" w:cs="Times New Roman"/>
          <w:sz w:val="24"/>
          <w:szCs w:val="24"/>
          <w:lang w:val="ru-RU"/>
        </w:rPr>
        <w:t xml:space="preserve"> район Республики </w:t>
      </w:r>
      <w:proofErr w:type="spellStart"/>
      <w:r w:rsidRPr="002D4BAB">
        <w:rPr>
          <w:rFonts w:ascii="Times New Roman" w:hAnsi="Times New Roman" w:cs="Times New Roman"/>
          <w:sz w:val="24"/>
          <w:szCs w:val="24"/>
          <w:lang w:val="ru-RU"/>
        </w:rPr>
        <w:t>Башкортостан</w:t>
      </w:r>
      <w:r w:rsidR="0060276B" w:rsidRPr="002D4BAB">
        <w:rPr>
          <w:rFonts w:ascii="Times New Roman" w:hAnsi="Times New Roman" w:cs="Times New Roman"/>
          <w:lang w:val="ru-RU"/>
        </w:rPr>
        <w:t>филиал</w:t>
      </w:r>
      <w:proofErr w:type="spellEnd"/>
      <w:r w:rsidR="0060276B" w:rsidRPr="002D4BAB">
        <w:rPr>
          <w:rFonts w:ascii="Times New Roman" w:hAnsi="Times New Roman" w:cs="Times New Roman"/>
          <w:lang w:val="ru-RU"/>
        </w:rPr>
        <w:t xml:space="preserve"> </w:t>
      </w:r>
    </w:p>
    <w:p w:rsidR="00C17EC3" w:rsidRPr="002D4BAB" w:rsidRDefault="0060276B" w:rsidP="0060276B">
      <w:pPr>
        <w:pStyle w:val="a9"/>
        <w:jc w:val="center"/>
        <w:rPr>
          <w:rFonts w:ascii="Times New Roman" w:hAnsi="Times New Roman" w:cs="Times New Roman"/>
          <w:lang w:val="ru-RU"/>
        </w:rPr>
      </w:pPr>
      <w:r w:rsidRPr="002D4BAB">
        <w:rPr>
          <w:rFonts w:ascii="Times New Roman" w:hAnsi="Times New Roman" w:cs="Times New Roman"/>
          <w:lang w:val="ru-RU"/>
        </w:rPr>
        <w:t xml:space="preserve">МБОУ СОШ </w:t>
      </w:r>
      <w:proofErr w:type="spellStart"/>
      <w:r w:rsidRPr="002D4BAB">
        <w:rPr>
          <w:rFonts w:ascii="Times New Roman" w:hAnsi="Times New Roman" w:cs="Times New Roman"/>
          <w:lang w:val="ru-RU"/>
        </w:rPr>
        <w:t>с</w:t>
      </w:r>
      <w:proofErr w:type="gramStart"/>
      <w:r w:rsidRPr="002D4BAB">
        <w:rPr>
          <w:rFonts w:ascii="Times New Roman" w:hAnsi="Times New Roman" w:cs="Times New Roman"/>
          <w:lang w:val="ru-RU"/>
        </w:rPr>
        <w:t>.Р</w:t>
      </w:r>
      <w:proofErr w:type="gramEnd"/>
      <w:r w:rsidRPr="002D4BAB">
        <w:rPr>
          <w:rFonts w:ascii="Times New Roman" w:hAnsi="Times New Roman" w:cs="Times New Roman"/>
          <w:lang w:val="ru-RU"/>
        </w:rPr>
        <w:t>саево</w:t>
      </w:r>
      <w:proofErr w:type="spellEnd"/>
      <w:r w:rsidRPr="002D4BAB">
        <w:rPr>
          <w:rFonts w:ascii="Times New Roman" w:hAnsi="Times New Roman" w:cs="Times New Roman"/>
          <w:lang w:val="ru-RU"/>
        </w:rPr>
        <w:t xml:space="preserve">  ООШ </w:t>
      </w:r>
      <w:proofErr w:type="spellStart"/>
      <w:r w:rsidRPr="002D4BAB">
        <w:rPr>
          <w:rFonts w:ascii="Times New Roman" w:hAnsi="Times New Roman" w:cs="Times New Roman"/>
          <w:lang w:val="ru-RU"/>
        </w:rPr>
        <w:t>с.Урметово</w:t>
      </w:r>
      <w:proofErr w:type="spellEnd"/>
    </w:p>
    <w:p w:rsidR="0060276B" w:rsidRPr="002D4BAB" w:rsidRDefault="0060276B" w:rsidP="0060276B">
      <w:pPr>
        <w:pStyle w:val="a9"/>
        <w:jc w:val="center"/>
        <w:rPr>
          <w:rFonts w:ascii="Times New Roman" w:hAnsi="Times New Roman" w:cs="Times New Roman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42"/>
        <w:gridCol w:w="3980"/>
        <w:gridCol w:w="2720"/>
      </w:tblGrid>
      <w:tr w:rsidR="00C17EC3" w:rsidRPr="002D4BAB">
        <w:trPr>
          <w:trHeight w:hRule="exact" w:val="274"/>
        </w:trPr>
        <w:tc>
          <w:tcPr>
            <w:tcW w:w="2642" w:type="dxa"/>
            <w:tcMar>
              <w:left w:w="0" w:type="dxa"/>
              <w:right w:w="0" w:type="dxa"/>
            </w:tcMar>
          </w:tcPr>
          <w:p w:rsidR="00C17EC3" w:rsidRPr="002D4BAB" w:rsidRDefault="0060276B">
            <w:pPr>
              <w:autoSpaceDE w:val="0"/>
              <w:autoSpaceDN w:val="0"/>
              <w:spacing w:before="48" w:after="0" w:line="230" w:lineRule="auto"/>
              <w:rPr>
                <w:rFonts w:ascii="Times New Roman" w:hAnsi="Times New Roman" w:cs="Times New Roman"/>
              </w:rPr>
            </w:pPr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980" w:type="dxa"/>
            <w:tcMar>
              <w:left w:w="0" w:type="dxa"/>
              <w:right w:w="0" w:type="dxa"/>
            </w:tcMar>
          </w:tcPr>
          <w:p w:rsidR="00C17EC3" w:rsidRPr="002D4BAB" w:rsidRDefault="0060276B">
            <w:pPr>
              <w:autoSpaceDE w:val="0"/>
              <w:autoSpaceDN w:val="0"/>
              <w:spacing w:before="48" w:after="0" w:line="230" w:lineRule="auto"/>
              <w:ind w:left="876"/>
              <w:rPr>
                <w:rFonts w:ascii="Times New Roman" w:hAnsi="Times New Roman" w:cs="Times New Roman"/>
              </w:rPr>
            </w:pPr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C17EC3" w:rsidRPr="002D4BAB" w:rsidRDefault="0060276B">
            <w:pPr>
              <w:autoSpaceDE w:val="0"/>
              <w:autoSpaceDN w:val="0"/>
              <w:spacing w:before="48" w:after="0" w:line="230" w:lineRule="auto"/>
              <w:ind w:left="412"/>
              <w:rPr>
                <w:rFonts w:ascii="Times New Roman" w:hAnsi="Times New Roman" w:cs="Times New Roman"/>
              </w:rPr>
            </w:pPr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C17EC3" w:rsidRPr="002D4BAB">
        <w:trPr>
          <w:trHeight w:hRule="exact" w:val="276"/>
        </w:trPr>
        <w:tc>
          <w:tcPr>
            <w:tcW w:w="2642" w:type="dxa"/>
            <w:tcMar>
              <w:left w:w="0" w:type="dxa"/>
              <w:right w:w="0" w:type="dxa"/>
            </w:tcMar>
          </w:tcPr>
          <w:p w:rsidR="00C17EC3" w:rsidRPr="002D4BAB" w:rsidRDefault="0060276B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Руководитель</w:t>
            </w:r>
            <w:proofErr w:type="spellEnd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ШМО</w:t>
            </w:r>
          </w:p>
        </w:tc>
        <w:tc>
          <w:tcPr>
            <w:tcW w:w="3980" w:type="dxa"/>
            <w:tcMar>
              <w:left w:w="0" w:type="dxa"/>
              <w:right w:w="0" w:type="dxa"/>
            </w:tcMar>
          </w:tcPr>
          <w:p w:rsidR="00C17EC3" w:rsidRPr="002D4BAB" w:rsidRDefault="0060276B">
            <w:pPr>
              <w:autoSpaceDE w:val="0"/>
              <w:autoSpaceDN w:val="0"/>
              <w:spacing w:after="0" w:line="230" w:lineRule="auto"/>
              <w:ind w:left="876"/>
              <w:rPr>
                <w:rFonts w:ascii="Times New Roman" w:hAnsi="Times New Roman" w:cs="Times New Roman"/>
              </w:rPr>
            </w:pPr>
            <w:proofErr w:type="spellStart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Заместитель</w:t>
            </w:r>
            <w:proofErr w:type="spellEnd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директора</w:t>
            </w:r>
            <w:proofErr w:type="spellEnd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по</w:t>
            </w:r>
            <w:proofErr w:type="spellEnd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УВР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C17EC3" w:rsidRPr="002D4BAB" w:rsidRDefault="0060276B">
            <w:pPr>
              <w:autoSpaceDE w:val="0"/>
              <w:autoSpaceDN w:val="0"/>
              <w:spacing w:after="0" w:line="230" w:lineRule="auto"/>
              <w:ind w:left="412"/>
              <w:rPr>
                <w:rFonts w:ascii="Times New Roman" w:hAnsi="Times New Roman" w:cs="Times New Roman"/>
              </w:rPr>
            </w:pPr>
            <w:proofErr w:type="spellStart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Директор</w:t>
            </w:r>
            <w:proofErr w:type="spellEnd"/>
          </w:p>
        </w:tc>
      </w:tr>
    </w:tbl>
    <w:p w:rsidR="00C17EC3" w:rsidRPr="002D4BAB" w:rsidRDefault="00C17EC3">
      <w:pPr>
        <w:autoSpaceDE w:val="0"/>
        <w:autoSpaceDN w:val="0"/>
        <w:spacing w:after="0" w:line="60" w:lineRule="exact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02"/>
        <w:gridCol w:w="3580"/>
        <w:gridCol w:w="3160"/>
      </w:tblGrid>
      <w:tr w:rsidR="00C17EC3" w:rsidRPr="002D4BAB">
        <w:trPr>
          <w:trHeight w:hRule="exact" w:val="362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C17EC3" w:rsidRPr="002D4BAB" w:rsidRDefault="0060276B">
            <w:pPr>
              <w:autoSpaceDE w:val="0"/>
              <w:autoSpaceDN w:val="0"/>
              <w:spacing w:before="60" w:after="0" w:line="230" w:lineRule="auto"/>
              <w:rPr>
                <w:rFonts w:ascii="Times New Roman" w:hAnsi="Times New Roman" w:cs="Times New Roman"/>
              </w:rPr>
            </w:pPr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______________</w:t>
            </w:r>
            <w:proofErr w:type="spellStart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Фаршатова</w:t>
            </w:r>
            <w:proofErr w:type="spellEnd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М.М.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C17EC3" w:rsidRPr="002D4BAB" w:rsidRDefault="0060276B">
            <w:pPr>
              <w:autoSpaceDE w:val="0"/>
              <w:autoSpaceDN w:val="0"/>
              <w:spacing w:before="60" w:after="0" w:line="230" w:lineRule="auto"/>
              <w:ind w:left="316"/>
              <w:rPr>
                <w:rFonts w:ascii="Times New Roman" w:hAnsi="Times New Roman" w:cs="Times New Roman"/>
              </w:rPr>
            </w:pPr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______________</w:t>
            </w:r>
            <w:proofErr w:type="spellStart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Шарифьянова</w:t>
            </w:r>
            <w:proofErr w:type="spellEnd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Р.Б.</w:t>
            </w:r>
          </w:p>
        </w:tc>
        <w:tc>
          <w:tcPr>
            <w:tcW w:w="3160" w:type="dxa"/>
            <w:tcMar>
              <w:left w:w="0" w:type="dxa"/>
              <w:right w:w="0" w:type="dxa"/>
            </w:tcMar>
          </w:tcPr>
          <w:p w:rsidR="00C17EC3" w:rsidRPr="002D4BAB" w:rsidRDefault="0060276B">
            <w:pPr>
              <w:autoSpaceDE w:val="0"/>
              <w:autoSpaceDN w:val="0"/>
              <w:spacing w:before="60" w:after="0" w:line="230" w:lineRule="auto"/>
              <w:ind w:left="252"/>
              <w:rPr>
                <w:rFonts w:ascii="Times New Roman" w:hAnsi="Times New Roman" w:cs="Times New Roman"/>
              </w:rPr>
            </w:pPr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______________</w:t>
            </w:r>
            <w:proofErr w:type="spellStart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Гимазов</w:t>
            </w:r>
            <w:proofErr w:type="spellEnd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А.Г.</w:t>
            </w:r>
          </w:p>
        </w:tc>
      </w:tr>
      <w:tr w:rsidR="00C17EC3" w:rsidRPr="002D4BAB">
        <w:trPr>
          <w:trHeight w:hRule="exact" w:val="42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C17EC3" w:rsidRPr="00995F24" w:rsidRDefault="0060276B">
            <w:pPr>
              <w:autoSpaceDE w:val="0"/>
              <w:autoSpaceDN w:val="0"/>
              <w:spacing w:before="106" w:after="0" w:line="230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Протокол</w:t>
            </w:r>
            <w:proofErr w:type="spellEnd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№</w:t>
            </w:r>
            <w:r w:rsidR="00995F24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 1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C17EC3" w:rsidRPr="00995F24" w:rsidRDefault="0060276B">
            <w:pPr>
              <w:autoSpaceDE w:val="0"/>
              <w:autoSpaceDN w:val="0"/>
              <w:spacing w:before="106" w:after="0" w:line="230" w:lineRule="auto"/>
              <w:ind w:left="316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Протокол</w:t>
            </w:r>
            <w:proofErr w:type="spellEnd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№</w:t>
            </w:r>
            <w:r w:rsidR="00995F24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 1</w:t>
            </w:r>
          </w:p>
        </w:tc>
        <w:tc>
          <w:tcPr>
            <w:tcW w:w="3160" w:type="dxa"/>
            <w:tcMar>
              <w:left w:w="0" w:type="dxa"/>
              <w:right w:w="0" w:type="dxa"/>
            </w:tcMar>
          </w:tcPr>
          <w:p w:rsidR="00C17EC3" w:rsidRPr="002D4BAB" w:rsidRDefault="0060276B">
            <w:pPr>
              <w:autoSpaceDE w:val="0"/>
              <w:autoSpaceDN w:val="0"/>
              <w:spacing w:before="106" w:after="0" w:line="230" w:lineRule="auto"/>
              <w:ind w:left="252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Приказ</w:t>
            </w:r>
            <w:proofErr w:type="spellEnd"/>
            <w:r w:rsidR="00633CCD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 </w:t>
            </w:r>
            <w:r w:rsidR="00F144EA"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№</w:t>
            </w:r>
            <w:r w:rsidR="00995F24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 140</w:t>
            </w:r>
          </w:p>
        </w:tc>
      </w:tr>
      <w:tr w:rsidR="00C17EC3" w:rsidRPr="002D4BAB">
        <w:trPr>
          <w:trHeight w:hRule="exact" w:val="38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C17EC3" w:rsidRPr="002D4BAB" w:rsidRDefault="0060276B">
            <w:pPr>
              <w:autoSpaceDE w:val="0"/>
              <w:autoSpaceDN w:val="0"/>
              <w:spacing w:before="94" w:after="0" w:line="230" w:lineRule="auto"/>
              <w:rPr>
                <w:rFonts w:ascii="Times New Roman" w:hAnsi="Times New Roman" w:cs="Times New Roman"/>
              </w:rPr>
            </w:pPr>
            <w:proofErr w:type="spellStart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от</w:t>
            </w:r>
            <w:proofErr w:type="spellEnd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"</w:t>
            </w:r>
            <w:r w:rsidR="00995F24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08</w:t>
            </w:r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" августа2022 г.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C17EC3" w:rsidRPr="002D4BAB" w:rsidRDefault="0060276B">
            <w:pPr>
              <w:autoSpaceDE w:val="0"/>
              <w:autoSpaceDN w:val="0"/>
              <w:spacing w:before="94" w:after="0" w:line="230" w:lineRule="auto"/>
              <w:ind w:left="316"/>
              <w:rPr>
                <w:rFonts w:ascii="Times New Roman" w:hAnsi="Times New Roman" w:cs="Times New Roman"/>
              </w:rPr>
            </w:pPr>
            <w:proofErr w:type="spellStart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от</w:t>
            </w:r>
            <w:proofErr w:type="spellEnd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"</w:t>
            </w:r>
            <w:r w:rsidR="00995F24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08</w:t>
            </w:r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" </w:t>
            </w:r>
            <w:proofErr w:type="spellStart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августа</w:t>
            </w:r>
            <w:proofErr w:type="spellEnd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 2022 г.</w:t>
            </w:r>
          </w:p>
        </w:tc>
        <w:tc>
          <w:tcPr>
            <w:tcW w:w="3160" w:type="dxa"/>
            <w:tcMar>
              <w:left w:w="0" w:type="dxa"/>
              <w:right w:w="0" w:type="dxa"/>
            </w:tcMar>
          </w:tcPr>
          <w:p w:rsidR="00C17EC3" w:rsidRPr="002D4BAB" w:rsidRDefault="0060276B">
            <w:pPr>
              <w:autoSpaceDE w:val="0"/>
              <w:autoSpaceDN w:val="0"/>
              <w:spacing w:before="94" w:after="0" w:line="230" w:lineRule="auto"/>
              <w:ind w:left="252"/>
              <w:rPr>
                <w:rFonts w:ascii="Times New Roman" w:hAnsi="Times New Roman" w:cs="Times New Roman"/>
              </w:rPr>
            </w:pPr>
            <w:proofErr w:type="spellStart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от</w:t>
            </w:r>
            <w:proofErr w:type="spellEnd"/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"</w:t>
            </w:r>
            <w:r w:rsidR="00995F24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12</w:t>
            </w:r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" августа20</w:t>
            </w:r>
            <w:r w:rsidR="00F144EA"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22</w:t>
            </w:r>
            <w:r w:rsidRPr="002D4BA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г.</w:t>
            </w:r>
          </w:p>
        </w:tc>
      </w:tr>
    </w:tbl>
    <w:p w:rsidR="00C17EC3" w:rsidRPr="002D4BAB" w:rsidRDefault="0060276B">
      <w:pPr>
        <w:autoSpaceDE w:val="0"/>
        <w:autoSpaceDN w:val="0"/>
        <w:spacing w:before="978" w:after="0" w:line="230" w:lineRule="auto"/>
        <w:ind w:right="3638"/>
        <w:jc w:val="right"/>
        <w:rPr>
          <w:rFonts w:ascii="Times New Roman" w:hAnsi="Times New Roman" w:cs="Times New Roman"/>
        </w:rPr>
      </w:pPr>
      <w:r w:rsidRPr="002D4BAB">
        <w:rPr>
          <w:rFonts w:ascii="Times New Roman" w:eastAsia="Times New Roman" w:hAnsi="Times New Roman" w:cs="Times New Roman"/>
          <w:b/>
          <w:color w:val="000000"/>
          <w:sz w:val="24"/>
        </w:rPr>
        <w:t>РАБОЧАЯ ПРОГРАММА</w:t>
      </w:r>
    </w:p>
    <w:p w:rsidR="00C17EC3" w:rsidRPr="002D4BAB" w:rsidRDefault="0060276B">
      <w:pPr>
        <w:autoSpaceDE w:val="0"/>
        <w:autoSpaceDN w:val="0"/>
        <w:spacing w:before="70" w:after="0" w:line="230" w:lineRule="auto"/>
        <w:ind w:right="4410"/>
        <w:jc w:val="right"/>
        <w:rPr>
          <w:rFonts w:ascii="Times New Roman" w:hAnsi="Times New Roman" w:cs="Times New Roman"/>
        </w:rPr>
      </w:pPr>
      <w:r w:rsidRPr="002D4BAB">
        <w:rPr>
          <w:rFonts w:ascii="Times New Roman" w:eastAsia="Times New Roman" w:hAnsi="Times New Roman" w:cs="Times New Roman"/>
          <w:b/>
          <w:color w:val="000000"/>
          <w:sz w:val="24"/>
        </w:rPr>
        <w:t>(ID 2385500)</w:t>
      </w:r>
    </w:p>
    <w:p w:rsidR="00C17EC3" w:rsidRPr="002D4BAB" w:rsidRDefault="0060276B">
      <w:pPr>
        <w:autoSpaceDE w:val="0"/>
        <w:autoSpaceDN w:val="0"/>
        <w:spacing w:before="166" w:after="0" w:line="230" w:lineRule="auto"/>
        <w:ind w:right="4010"/>
        <w:jc w:val="right"/>
        <w:rPr>
          <w:rFonts w:ascii="Times New Roman" w:hAnsi="Times New Roman" w:cs="Times New Roman"/>
        </w:rPr>
      </w:pPr>
      <w:proofErr w:type="spellStart"/>
      <w:proofErr w:type="gramStart"/>
      <w:r w:rsidRPr="002D4BAB">
        <w:rPr>
          <w:rFonts w:ascii="Times New Roman" w:eastAsia="Times New Roman" w:hAnsi="Times New Roman" w:cs="Times New Roman"/>
          <w:color w:val="000000"/>
          <w:sz w:val="24"/>
        </w:rPr>
        <w:t>учебного</w:t>
      </w:r>
      <w:proofErr w:type="spellEnd"/>
      <w:proofErr w:type="gramEnd"/>
      <w:r w:rsidRPr="002D4BA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2D4BAB">
        <w:rPr>
          <w:rFonts w:ascii="Times New Roman" w:eastAsia="Times New Roman" w:hAnsi="Times New Roman" w:cs="Times New Roman"/>
          <w:color w:val="000000"/>
          <w:sz w:val="24"/>
        </w:rPr>
        <w:t>предмета</w:t>
      </w:r>
      <w:proofErr w:type="spellEnd"/>
    </w:p>
    <w:p w:rsidR="00C17EC3" w:rsidRPr="002D4BAB" w:rsidRDefault="0060276B">
      <w:pPr>
        <w:autoSpaceDE w:val="0"/>
        <w:autoSpaceDN w:val="0"/>
        <w:spacing w:before="70" w:after="0" w:line="230" w:lineRule="auto"/>
        <w:ind w:right="3438"/>
        <w:jc w:val="right"/>
        <w:rPr>
          <w:rFonts w:ascii="Times New Roman" w:hAnsi="Times New Roman" w:cs="Times New Roman"/>
        </w:rPr>
      </w:pPr>
      <w:r w:rsidRPr="002D4BAB">
        <w:rPr>
          <w:rFonts w:ascii="Times New Roman" w:eastAsia="Times New Roman" w:hAnsi="Times New Roman" w:cs="Times New Roman"/>
          <w:color w:val="000000"/>
          <w:sz w:val="24"/>
        </w:rPr>
        <w:t>«</w:t>
      </w:r>
      <w:proofErr w:type="spellStart"/>
      <w:r w:rsidRPr="002D4BAB">
        <w:rPr>
          <w:rFonts w:ascii="Times New Roman" w:eastAsia="Times New Roman" w:hAnsi="Times New Roman" w:cs="Times New Roman"/>
          <w:color w:val="000000"/>
          <w:sz w:val="24"/>
        </w:rPr>
        <w:t>Изобразительное</w:t>
      </w:r>
      <w:proofErr w:type="spellEnd"/>
      <w:r w:rsidRPr="002D4BA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2D4BAB">
        <w:rPr>
          <w:rFonts w:ascii="Times New Roman" w:eastAsia="Times New Roman" w:hAnsi="Times New Roman" w:cs="Times New Roman"/>
          <w:color w:val="000000"/>
          <w:sz w:val="24"/>
        </w:rPr>
        <w:t>искусство</w:t>
      </w:r>
      <w:proofErr w:type="spellEnd"/>
      <w:r w:rsidRPr="002D4BAB">
        <w:rPr>
          <w:rFonts w:ascii="Times New Roman" w:eastAsia="Times New Roman" w:hAnsi="Times New Roman" w:cs="Times New Roman"/>
          <w:color w:val="000000"/>
          <w:sz w:val="24"/>
        </w:rPr>
        <w:t>»</w:t>
      </w:r>
    </w:p>
    <w:p w:rsidR="00C17EC3" w:rsidRPr="002D4BAB" w:rsidRDefault="0060276B">
      <w:pPr>
        <w:autoSpaceDE w:val="0"/>
        <w:autoSpaceDN w:val="0"/>
        <w:spacing w:before="670" w:after="0" w:line="230" w:lineRule="auto"/>
        <w:ind w:right="2818"/>
        <w:jc w:val="right"/>
        <w:rPr>
          <w:rFonts w:ascii="Times New Roman" w:hAnsi="Times New Roman" w:cs="Times New Roman"/>
          <w:lang w:val="ru-RU"/>
        </w:rPr>
      </w:pPr>
      <w:r w:rsidRPr="002D4BAB">
        <w:rPr>
          <w:rFonts w:ascii="Times New Roman" w:eastAsia="Times New Roman" w:hAnsi="Times New Roman" w:cs="Times New Roman"/>
          <w:color w:val="000000"/>
          <w:sz w:val="24"/>
          <w:lang w:val="ru-RU"/>
        </w:rPr>
        <w:t>для 5 класса основного общего образования</w:t>
      </w:r>
    </w:p>
    <w:p w:rsidR="00C17EC3" w:rsidRPr="002D4BAB" w:rsidRDefault="0060276B">
      <w:pPr>
        <w:autoSpaceDE w:val="0"/>
        <w:autoSpaceDN w:val="0"/>
        <w:spacing w:before="70" w:after="0" w:line="230" w:lineRule="auto"/>
        <w:ind w:right="4184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proofErr w:type="gramStart"/>
      <w:r w:rsidRPr="002D4BAB">
        <w:rPr>
          <w:rFonts w:ascii="Times New Roman" w:eastAsia="Times New Roman" w:hAnsi="Times New Roman" w:cs="Times New Roman"/>
          <w:color w:val="000000"/>
          <w:sz w:val="24"/>
        </w:rPr>
        <w:t>на</w:t>
      </w:r>
      <w:proofErr w:type="spellEnd"/>
      <w:proofErr w:type="gramEnd"/>
      <w:r w:rsidR="00585802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 w:rsidRPr="002D4BAB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2022-2023 </w:t>
      </w:r>
      <w:proofErr w:type="spellStart"/>
      <w:r w:rsidRPr="002D4BAB">
        <w:rPr>
          <w:rFonts w:ascii="Times New Roman" w:eastAsia="Times New Roman" w:hAnsi="Times New Roman" w:cs="Times New Roman"/>
          <w:color w:val="000000"/>
          <w:sz w:val="24"/>
        </w:rPr>
        <w:t>учебный</w:t>
      </w:r>
      <w:proofErr w:type="spellEnd"/>
      <w:r w:rsidR="00585802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proofErr w:type="spellStart"/>
      <w:r w:rsidRPr="002D4BAB">
        <w:rPr>
          <w:rFonts w:ascii="Times New Roman" w:eastAsia="Times New Roman" w:hAnsi="Times New Roman" w:cs="Times New Roman"/>
          <w:color w:val="000000"/>
          <w:sz w:val="24"/>
        </w:rPr>
        <w:t>год</w:t>
      </w:r>
      <w:proofErr w:type="spellEnd"/>
    </w:p>
    <w:p w:rsidR="0060276B" w:rsidRPr="002D4BAB" w:rsidRDefault="0060276B">
      <w:pPr>
        <w:autoSpaceDE w:val="0"/>
        <w:autoSpaceDN w:val="0"/>
        <w:spacing w:before="70" w:after="0" w:line="230" w:lineRule="auto"/>
        <w:ind w:right="4184"/>
        <w:jc w:val="right"/>
        <w:rPr>
          <w:rFonts w:ascii="Times New Roman" w:hAnsi="Times New Roman" w:cs="Times New Roman"/>
        </w:rPr>
      </w:pPr>
    </w:p>
    <w:p w:rsidR="0060276B" w:rsidRPr="002D4BAB" w:rsidRDefault="0060276B">
      <w:pPr>
        <w:autoSpaceDE w:val="0"/>
        <w:autoSpaceDN w:val="0"/>
        <w:spacing w:before="70" w:after="0" w:line="230" w:lineRule="auto"/>
        <w:ind w:right="4184"/>
        <w:jc w:val="right"/>
        <w:rPr>
          <w:rFonts w:ascii="Times New Roman" w:hAnsi="Times New Roman" w:cs="Times New Roman"/>
        </w:rPr>
      </w:pPr>
    </w:p>
    <w:p w:rsidR="0060276B" w:rsidRPr="002D4BAB" w:rsidRDefault="0060276B">
      <w:pPr>
        <w:autoSpaceDE w:val="0"/>
        <w:autoSpaceDN w:val="0"/>
        <w:spacing w:before="70" w:after="0" w:line="230" w:lineRule="auto"/>
        <w:ind w:right="4184"/>
        <w:jc w:val="right"/>
        <w:rPr>
          <w:rFonts w:ascii="Times New Roman" w:hAnsi="Times New Roman" w:cs="Times New Roman"/>
        </w:rPr>
      </w:pPr>
    </w:p>
    <w:p w:rsidR="0060276B" w:rsidRPr="002D4BAB" w:rsidRDefault="0060276B">
      <w:pPr>
        <w:autoSpaceDE w:val="0"/>
        <w:autoSpaceDN w:val="0"/>
        <w:spacing w:before="70" w:after="0" w:line="230" w:lineRule="auto"/>
        <w:ind w:right="4184"/>
        <w:jc w:val="right"/>
        <w:rPr>
          <w:rFonts w:ascii="Times New Roman" w:hAnsi="Times New Roman" w:cs="Times New Roman"/>
        </w:rPr>
      </w:pPr>
    </w:p>
    <w:p w:rsidR="0060276B" w:rsidRPr="002D4BAB" w:rsidRDefault="0060276B">
      <w:pPr>
        <w:autoSpaceDE w:val="0"/>
        <w:autoSpaceDN w:val="0"/>
        <w:spacing w:before="70" w:after="0" w:line="230" w:lineRule="auto"/>
        <w:ind w:right="4184"/>
        <w:jc w:val="right"/>
        <w:rPr>
          <w:rFonts w:ascii="Times New Roman" w:hAnsi="Times New Roman" w:cs="Times New Roman"/>
        </w:rPr>
      </w:pPr>
    </w:p>
    <w:p w:rsidR="0060276B" w:rsidRPr="002D4BAB" w:rsidRDefault="0060276B">
      <w:pPr>
        <w:autoSpaceDE w:val="0"/>
        <w:autoSpaceDN w:val="0"/>
        <w:spacing w:before="70" w:after="0" w:line="230" w:lineRule="auto"/>
        <w:ind w:right="4184"/>
        <w:jc w:val="right"/>
        <w:rPr>
          <w:rFonts w:ascii="Times New Roman" w:hAnsi="Times New Roman" w:cs="Times New Roman"/>
        </w:rPr>
      </w:pPr>
    </w:p>
    <w:p w:rsidR="0060276B" w:rsidRPr="002D4BAB" w:rsidRDefault="0060276B">
      <w:pPr>
        <w:autoSpaceDE w:val="0"/>
        <w:autoSpaceDN w:val="0"/>
        <w:spacing w:before="70" w:after="0" w:line="230" w:lineRule="auto"/>
        <w:ind w:right="4184"/>
        <w:jc w:val="right"/>
        <w:rPr>
          <w:rFonts w:ascii="Times New Roman" w:hAnsi="Times New Roman" w:cs="Times New Roman"/>
        </w:rPr>
      </w:pPr>
    </w:p>
    <w:p w:rsidR="0060276B" w:rsidRPr="002D4BAB" w:rsidRDefault="0060276B">
      <w:pPr>
        <w:autoSpaceDE w:val="0"/>
        <w:autoSpaceDN w:val="0"/>
        <w:spacing w:before="70" w:after="0" w:line="230" w:lineRule="auto"/>
        <w:ind w:right="4184"/>
        <w:jc w:val="right"/>
        <w:rPr>
          <w:rFonts w:ascii="Times New Roman" w:hAnsi="Times New Roman" w:cs="Times New Roman"/>
        </w:rPr>
      </w:pPr>
    </w:p>
    <w:p w:rsidR="0060276B" w:rsidRPr="002D4BAB" w:rsidRDefault="0060276B">
      <w:pPr>
        <w:autoSpaceDE w:val="0"/>
        <w:autoSpaceDN w:val="0"/>
        <w:spacing w:before="70" w:after="0" w:line="230" w:lineRule="auto"/>
        <w:ind w:right="4184"/>
        <w:jc w:val="right"/>
        <w:rPr>
          <w:rFonts w:ascii="Times New Roman" w:hAnsi="Times New Roman" w:cs="Times New Roman"/>
        </w:rPr>
      </w:pPr>
    </w:p>
    <w:p w:rsidR="0060276B" w:rsidRPr="002D4BAB" w:rsidRDefault="0060276B" w:rsidP="0060276B">
      <w:pPr>
        <w:pStyle w:val="a9"/>
        <w:jc w:val="right"/>
        <w:rPr>
          <w:rFonts w:ascii="Times New Roman" w:hAnsi="Times New Roman" w:cs="Times New Roman"/>
          <w:lang w:val="ru-RU"/>
        </w:rPr>
      </w:pPr>
      <w:r w:rsidRPr="002D4BAB">
        <w:rPr>
          <w:rFonts w:ascii="Times New Roman" w:hAnsi="Times New Roman" w:cs="Times New Roman"/>
          <w:lang w:val="ru-RU"/>
        </w:rPr>
        <w:t xml:space="preserve">Составитель: </w:t>
      </w:r>
      <w:proofErr w:type="spellStart"/>
      <w:r w:rsidRPr="002D4BAB">
        <w:rPr>
          <w:rFonts w:ascii="Times New Roman" w:hAnsi="Times New Roman" w:cs="Times New Roman"/>
          <w:lang w:val="ru-RU"/>
        </w:rPr>
        <w:t>Гимазова</w:t>
      </w:r>
      <w:proofErr w:type="spellEnd"/>
      <w:r w:rsidRPr="002D4BAB">
        <w:rPr>
          <w:rFonts w:ascii="Times New Roman" w:hAnsi="Times New Roman" w:cs="Times New Roman"/>
          <w:lang w:val="ru-RU"/>
        </w:rPr>
        <w:t xml:space="preserve"> Альмира </w:t>
      </w:r>
      <w:proofErr w:type="spellStart"/>
      <w:r w:rsidRPr="002D4BAB">
        <w:rPr>
          <w:rFonts w:ascii="Times New Roman" w:hAnsi="Times New Roman" w:cs="Times New Roman"/>
          <w:lang w:val="ru-RU"/>
        </w:rPr>
        <w:t>Фанисовна</w:t>
      </w:r>
      <w:proofErr w:type="spellEnd"/>
    </w:p>
    <w:p w:rsidR="0060276B" w:rsidRPr="002D4BAB" w:rsidRDefault="0060276B" w:rsidP="0060276B">
      <w:pPr>
        <w:pStyle w:val="a9"/>
        <w:jc w:val="right"/>
        <w:rPr>
          <w:rFonts w:ascii="Times New Roman" w:hAnsi="Times New Roman" w:cs="Times New Roman"/>
          <w:lang w:val="ru-RU"/>
        </w:rPr>
      </w:pPr>
      <w:r w:rsidRPr="002D4BAB">
        <w:rPr>
          <w:rFonts w:ascii="Times New Roman" w:hAnsi="Times New Roman" w:cs="Times New Roman"/>
          <w:lang w:val="ru-RU"/>
        </w:rPr>
        <w:t xml:space="preserve">учитель </w:t>
      </w:r>
      <w:proofErr w:type="gramStart"/>
      <w:r w:rsidRPr="002D4BAB">
        <w:rPr>
          <w:rFonts w:ascii="Times New Roman" w:hAnsi="Times New Roman" w:cs="Times New Roman"/>
          <w:lang w:val="ru-RU"/>
        </w:rPr>
        <w:t>ИЗО</w:t>
      </w:r>
      <w:proofErr w:type="gramEnd"/>
    </w:p>
    <w:p w:rsidR="00C17EC3" w:rsidRPr="002D4BAB" w:rsidRDefault="002238BD">
      <w:pPr>
        <w:autoSpaceDE w:val="0"/>
        <w:autoSpaceDN w:val="0"/>
        <w:spacing w:before="2950" w:after="0" w:line="230" w:lineRule="auto"/>
        <w:ind w:right="4764"/>
        <w:jc w:val="right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         </w:t>
      </w:r>
      <w:r w:rsidR="00F144EA" w:rsidRPr="002D4BAB">
        <w:rPr>
          <w:rFonts w:ascii="Times New Roman" w:eastAsia="Times New Roman" w:hAnsi="Times New Roman" w:cs="Times New Roman"/>
          <w:color w:val="000000"/>
          <w:sz w:val="24"/>
          <w:lang w:val="ru-RU"/>
        </w:rPr>
        <w:t>с</w:t>
      </w:r>
      <w:proofErr w:type="gramStart"/>
      <w:r w:rsidR="00F144EA" w:rsidRPr="002D4BAB">
        <w:rPr>
          <w:rFonts w:ascii="Times New Roman" w:eastAsia="Times New Roman" w:hAnsi="Times New Roman" w:cs="Times New Roman"/>
          <w:color w:val="000000"/>
          <w:sz w:val="24"/>
          <w:lang w:val="ru-RU"/>
        </w:rPr>
        <w:t>.У</w:t>
      </w:r>
      <w:proofErr w:type="gramEnd"/>
      <w:r w:rsidR="00F144EA" w:rsidRPr="002D4BAB">
        <w:rPr>
          <w:rFonts w:ascii="Times New Roman" w:eastAsia="Times New Roman" w:hAnsi="Times New Roman" w:cs="Times New Roman"/>
          <w:color w:val="000000"/>
          <w:sz w:val="24"/>
          <w:lang w:val="ru-RU"/>
        </w:rPr>
        <w:t>рметово,</w:t>
      </w:r>
      <w:r w:rsidR="0060276B" w:rsidRPr="002D4BAB">
        <w:rPr>
          <w:rFonts w:ascii="Times New Roman" w:eastAsia="Times New Roman" w:hAnsi="Times New Roman" w:cs="Times New Roman"/>
          <w:color w:val="000000"/>
          <w:sz w:val="24"/>
          <w:lang w:val="ru-RU"/>
        </w:rPr>
        <w:t>2022</w:t>
      </w:r>
      <w:r w:rsidR="00F144EA" w:rsidRPr="002D4BAB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г.</w:t>
      </w:r>
    </w:p>
    <w:p w:rsidR="0060276B" w:rsidRPr="0060276B" w:rsidRDefault="0060276B">
      <w:pPr>
        <w:autoSpaceDE w:val="0"/>
        <w:autoSpaceDN w:val="0"/>
        <w:spacing w:before="2950" w:after="0" w:line="230" w:lineRule="auto"/>
        <w:ind w:right="4764"/>
        <w:jc w:val="right"/>
        <w:rPr>
          <w:lang w:val="ru-RU"/>
        </w:rPr>
      </w:pPr>
    </w:p>
    <w:p w:rsidR="00C17EC3" w:rsidRPr="0060276B" w:rsidRDefault="0060276B" w:rsidP="002D4BAB">
      <w:pPr>
        <w:autoSpaceDE w:val="0"/>
        <w:autoSpaceDN w:val="0"/>
        <w:spacing w:after="0" w:line="262" w:lineRule="auto"/>
        <w:ind w:right="1296"/>
        <w:jc w:val="center"/>
        <w:rPr>
          <w:lang w:val="ru-RU"/>
        </w:rPr>
      </w:pPr>
      <w:r w:rsidRPr="0060276B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 К МОДУЛЮ «ДЕКОРАТИВНО-ПРИКЛАДНОЕ И НАРОДНОЕ ИСКУССТВО»</w:t>
      </w:r>
    </w:p>
    <w:p w:rsidR="00C17EC3" w:rsidRPr="0060276B" w:rsidRDefault="0060276B" w:rsidP="002D4BAB">
      <w:pPr>
        <w:tabs>
          <w:tab w:val="left" w:pos="180"/>
        </w:tabs>
        <w:autoSpaceDE w:val="0"/>
        <w:autoSpaceDN w:val="0"/>
        <w:spacing w:before="346" w:after="0" w:line="262" w:lineRule="auto"/>
        <w:ind w:right="144"/>
        <w:jc w:val="center"/>
        <w:rPr>
          <w:lang w:val="ru-RU"/>
        </w:rPr>
      </w:pPr>
      <w:r w:rsidRPr="0060276B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МОДУЛЯ «ДЕКОРАТИВНО-ПРИКЛАДНОЕ И НАРОДНОЕ ИСКУССТВО»</w:t>
      </w:r>
    </w:p>
    <w:p w:rsidR="00C17EC3" w:rsidRPr="0060276B" w:rsidRDefault="0060276B">
      <w:pPr>
        <w:autoSpaceDE w:val="0"/>
        <w:autoSpaceDN w:val="0"/>
        <w:spacing w:before="190" w:after="0" w:line="281" w:lineRule="auto"/>
        <w:ind w:right="432" w:firstLine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Основная цель — 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:rsidR="00C17EC3" w:rsidRPr="0060276B" w:rsidRDefault="0060276B">
      <w:pPr>
        <w:autoSpaceDE w:val="0"/>
        <w:autoSpaceDN w:val="0"/>
        <w:spacing w:before="72" w:after="0"/>
        <w:ind w:right="288" w:firstLine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 как школьная дисциплина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Основные формы учебной деятельности — практическая художественно-творческая деятельность, зрительское восприятие произведений искусства и эстетическое наблюдение окружающего мира.</w:t>
      </w:r>
    </w:p>
    <w:p w:rsidR="00C17EC3" w:rsidRPr="0060276B" w:rsidRDefault="0060276B">
      <w:pPr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17EC3" w:rsidRPr="0060276B" w:rsidRDefault="0060276B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Программа направлена на достижение основного результата образования —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C17EC3" w:rsidRPr="0060276B" w:rsidRDefault="0060276B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ориентирована на психолого-возрастные особенности развития детей 11—15 лет, при этом содержание занятий может быть адаптировано с учётом индивидуальных качеств обучающихся как для детей, проявляющих выдающиеся способности, так и для детей-инвалидов и детей с ОВЗ.</w:t>
      </w:r>
    </w:p>
    <w:p w:rsidR="00C17EC3" w:rsidRPr="0060276B" w:rsidRDefault="0060276B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Для оценки качества образования кроме личностных и </w:t>
      </w:r>
      <w:proofErr w:type="spell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</w:t>
      </w:r>
    </w:p>
    <w:p w:rsidR="00C17EC3" w:rsidRPr="0060276B" w:rsidRDefault="0060276B">
      <w:pPr>
        <w:autoSpaceDE w:val="0"/>
        <w:autoSpaceDN w:val="0"/>
        <w:spacing w:before="72" w:after="0"/>
        <w:ind w:firstLine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В урочное время деятельность </w:t>
      </w:r>
      <w:proofErr w:type="gram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деятельность, которая предусмотрена тематическим планом и может иметь разные формы организации.</w:t>
      </w:r>
    </w:p>
    <w:p w:rsidR="00C17EC3" w:rsidRPr="0060276B" w:rsidRDefault="0060276B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Учебный материал каждого модуля разделён на тематические блоки, которые могут быть </w:t>
      </w:r>
      <w:r w:rsidRPr="0060276B">
        <w:rPr>
          <w:lang w:val="ru-RU"/>
        </w:rPr>
        <w:br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основанием для организации проектной деятельности, которая включает в себя как </w:t>
      </w:r>
      <w:r w:rsidRPr="0060276B">
        <w:rPr>
          <w:lang w:val="ru-RU"/>
        </w:rPr>
        <w:br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исследовательскую, так и художественно-творческую деятельность, а также презентацию результата.</w:t>
      </w:r>
    </w:p>
    <w:p w:rsidR="00C17EC3" w:rsidRPr="0060276B" w:rsidRDefault="0060276B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Большое значение имеет связь с внеурочной деятельностью, активная социокультурная </w:t>
      </w:r>
      <w:r w:rsidRPr="0060276B">
        <w:rPr>
          <w:lang w:val="ru-RU"/>
        </w:rPr>
        <w:br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деятельность, в процессе которой </w:t>
      </w:r>
      <w:proofErr w:type="gram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обучающиеся</w:t>
      </w:r>
      <w:proofErr w:type="gram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участвуют в оформлении общешкольных событий и</w:t>
      </w:r>
    </w:p>
    <w:p w:rsidR="00C17EC3" w:rsidRPr="0060276B" w:rsidRDefault="00C17EC3">
      <w:pPr>
        <w:rPr>
          <w:lang w:val="ru-RU"/>
        </w:rPr>
        <w:sectPr w:rsidR="00C17EC3" w:rsidRPr="0060276B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17EC3" w:rsidRPr="0060276B" w:rsidRDefault="00C17EC3">
      <w:pPr>
        <w:autoSpaceDE w:val="0"/>
        <w:autoSpaceDN w:val="0"/>
        <w:spacing w:after="66" w:line="220" w:lineRule="exact"/>
        <w:rPr>
          <w:lang w:val="ru-RU"/>
        </w:rPr>
      </w:pPr>
    </w:p>
    <w:p w:rsidR="00C17EC3" w:rsidRPr="0060276B" w:rsidRDefault="0060276B">
      <w:pPr>
        <w:autoSpaceDE w:val="0"/>
        <w:autoSpaceDN w:val="0"/>
        <w:spacing w:after="0" w:line="262" w:lineRule="auto"/>
        <w:ind w:right="576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праздников, в организации выставок детского художественного творчества, в конкурсах, а также смотрят памятники архитектуры, посещают художественные музеи.</w:t>
      </w:r>
    </w:p>
    <w:p w:rsidR="00C17EC3" w:rsidRPr="0060276B" w:rsidRDefault="0060276B" w:rsidP="002D4BAB">
      <w:pPr>
        <w:tabs>
          <w:tab w:val="left" w:pos="180"/>
        </w:tabs>
        <w:autoSpaceDE w:val="0"/>
        <w:autoSpaceDN w:val="0"/>
        <w:spacing w:before="190" w:after="0" w:line="262" w:lineRule="auto"/>
        <w:ind w:right="1440"/>
        <w:jc w:val="center"/>
        <w:rPr>
          <w:lang w:val="ru-RU"/>
        </w:rPr>
      </w:pPr>
      <w:r w:rsidRPr="0060276B">
        <w:rPr>
          <w:rFonts w:ascii="Times New Roman" w:eastAsia="Times New Roman" w:hAnsi="Times New Roman"/>
          <w:b/>
          <w:color w:val="000000"/>
          <w:sz w:val="24"/>
          <w:lang w:val="ru-RU"/>
        </w:rPr>
        <w:t>ЦЕЛЬ ИЗУЧЕНИЯ МОДУЛЯ «ДЕКОРАТИВНО-ПРИКЛАДНОЕ И НАРОДНОЕ ИСКУССТВО»</w:t>
      </w:r>
    </w:p>
    <w:p w:rsidR="00C17EC3" w:rsidRPr="0060276B" w:rsidRDefault="0060276B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60276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Целью </w:t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изучения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C17EC3" w:rsidRPr="0060276B" w:rsidRDefault="0060276B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объединяет в 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</w:t>
      </w:r>
      <w:r w:rsidRPr="0060276B">
        <w:rPr>
          <w:lang w:val="ru-RU"/>
        </w:rPr>
        <w:br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действительности. Художественное развитие </w:t>
      </w:r>
      <w:proofErr w:type="gram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осуществляется в процессе личного художественного творчества, в практической работе с разнообразными художественными </w:t>
      </w:r>
      <w:r w:rsidRPr="0060276B">
        <w:rPr>
          <w:lang w:val="ru-RU"/>
        </w:rPr>
        <w:br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материалами.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60276B">
        <w:rPr>
          <w:lang w:val="ru-RU"/>
        </w:rPr>
        <w:tab/>
      </w:r>
      <w:proofErr w:type="gramStart"/>
      <w:r w:rsidRPr="0060276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Задачами  </w:t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модуля «Декоративно-прикладное и народное искусство» являются: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представлений об отечественной и мировой художественной культуре во всём многообразии её видов;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формирование у обучающихся навыков эстетического видения и преобразования мира;</w:t>
      </w:r>
      <w:proofErr w:type="gram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(театре и кино) (вариативно);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пространственного мышления и аналитических визуальных способностей;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наблюдательности, ассоциативного мышления и творческого воображения;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уважения и любви к цивилизационному наследию России через освоение отечественной художественной культуры;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C17EC3" w:rsidRPr="0060276B" w:rsidRDefault="0060276B">
      <w:pPr>
        <w:autoSpaceDE w:val="0"/>
        <w:autoSpaceDN w:val="0"/>
        <w:spacing w:before="190" w:after="0"/>
        <w:ind w:right="432" w:firstLine="180"/>
        <w:rPr>
          <w:lang w:val="ru-RU"/>
        </w:rPr>
      </w:pPr>
      <w:r w:rsidRPr="0060276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МОДУЛЯ «ДЕКОРАТИВНО-ПРИКЛАДНОЕ И НАРОДНОЕ ИСКУССТВО» В УЧЕБНОМ ПЛАНЕ </w:t>
      </w:r>
      <w:r w:rsidRPr="0060276B">
        <w:rPr>
          <w:lang w:val="ru-RU"/>
        </w:rPr>
        <w:br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Модуль «Декоративно-прикладное и народное искусство» изучается 1 час в неделю, общий объем составляет 17часов</w:t>
      </w:r>
      <w:proofErr w:type="gram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C12B4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bookmarkStart w:id="0" w:name="_GoBack"/>
      <w:bookmarkEnd w:id="0"/>
      <w:proofErr w:type="gramEnd"/>
    </w:p>
    <w:p w:rsidR="00C17EC3" w:rsidRPr="0060276B" w:rsidRDefault="00C17EC3">
      <w:pPr>
        <w:rPr>
          <w:lang w:val="ru-RU"/>
        </w:rPr>
        <w:sectPr w:rsidR="00C17EC3" w:rsidRPr="0060276B">
          <w:pgSz w:w="11900" w:h="16840"/>
          <w:pgMar w:top="286" w:right="670" w:bottom="1440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C17EC3" w:rsidRPr="0060276B" w:rsidRDefault="00C17EC3">
      <w:pPr>
        <w:autoSpaceDE w:val="0"/>
        <w:autoSpaceDN w:val="0"/>
        <w:spacing w:after="78" w:line="220" w:lineRule="exact"/>
        <w:rPr>
          <w:lang w:val="ru-RU"/>
        </w:rPr>
      </w:pPr>
    </w:p>
    <w:p w:rsidR="00C17EC3" w:rsidRPr="0060276B" w:rsidRDefault="0060276B">
      <w:pPr>
        <w:autoSpaceDE w:val="0"/>
        <w:autoSpaceDN w:val="0"/>
        <w:spacing w:after="0" w:line="230" w:lineRule="auto"/>
        <w:rPr>
          <w:lang w:val="ru-RU"/>
        </w:rPr>
      </w:pPr>
      <w:r w:rsidRPr="0060276B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МОДУЛЯ «ДЕКОРАТИВНО-ПРИКЛАДНОЕ И НАРОДНОЕ ИСКУССТВО»</w:t>
      </w:r>
    </w:p>
    <w:p w:rsidR="00C17EC3" w:rsidRPr="0060276B" w:rsidRDefault="0060276B">
      <w:pPr>
        <w:autoSpaceDE w:val="0"/>
        <w:autoSpaceDN w:val="0"/>
        <w:spacing w:before="346" w:after="0" w:line="262" w:lineRule="auto"/>
        <w:ind w:left="180" w:right="4464"/>
        <w:rPr>
          <w:lang w:val="ru-RU"/>
        </w:rPr>
      </w:pPr>
      <w:r w:rsidRPr="006027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Общие сведения о декоративно-прикладном искусстве </w:t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Декоративно-прикладное искусство и его виды.</w:t>
      </w:r>
    </w:p>
    <w:p w:rsidR="00C17EC3" w:rsidRPr="0060276B" w:rsidRDefault="0060276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Декоративно-прикладное искусство и предметная среда жизни людей.</w:t>
      </w:r>
    </w:p>
    <w:p w:rsidR="00C17EC3" w:rsidRPr="0060276B" w:rsidRDefault="0060276B">
      <w:pPr>
        <w:autoSpaceDE w:val="0"/>
        <w:autoSpaceDN w:val="0"/>
        <w:spacing w:before="190" w:after="0" w:line="262" w:lineRule="auto"/>
        <w:ind w:left="180" w:right="4032"/>
        <w:rPr>
          <w:lang w:val="ru-RU"/>
        </w:rPr>
      </w:pPr>
      <w:r w:rsidRPr="006027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Древние корни народного искусства </w:t>
      </w:r>
      <w:r w:rsidRPr="0060276B">
        <w:rPr>
          <w:lang w:val="ru-RU"/>
        </w:rPr>
        <w:br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Истоки образного языка декоративно-прикладного искусства.</w:t>
      </w:r>
    </w:p>
    <w:p w:rsidR="00C17EC3" w:rsidRPr="0060276B" w:rsidRDefault="0060276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Традиционные образы народного (крестьянского) прикладного искусства.</w:t>
      </w:r>
    </w:p>
    <w:p w:rsidR="00C17EC3" w:rsidRPr="0060276B" w:rsidRDefault="0060276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Связь народного искусства с природой, бытом, трудом, верованиями и эпосом.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C17EC3" w:rsidRPr="0060276B" w:rsidRDefault="0060276B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Образно-символический язык народного прикладного искусства.</w:t>
      </w:r>
    </w:p>
    <w:p w:rsidR="00C17EC3" w:rsidRPr="0060276B" w:rsidRDefault="0060276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Знаки-символы традиционного крестьянского прикладного искусства.</w:t>
      </w:r>
    </w:p>
    <w:p w:rsidR="00C17EC3" w:rsidRPr="0060276B" w:rsidRDefault="0060276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на темы древних узоров деревянной резьбы, росписи по дереву, вышивки.</w:t>
      </w:r>
    </w:p>
    <w:p w:rsidR="00C17EC3" w:rsidRPr="0060276B" w:rsidRDefault="0060276B">
      <w:pPr>
        <w:autoSpaceDE w:val="0"/>
        <w:autoSpaceDN w:val="0"/>
        <w:spacing w:before="70" w:after="0" w:line="230" w:lineRule="auto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Освоение навыков декоративного обобщения в процессе практической творческой работы.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Убранство русской избы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Конструкция избы, единство красоты и пользы — </w:t>
      </w:r>
      <w:proofErr w:type="gram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функционального</w:t>
      </w:r>
      <w:proofErr w:type="gram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и символического — в её постройке и украшении.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C17EC3" w:rsidRPr="0060276B" w:rsidRDefault="0060276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— эскизов орнаментального декора крестьянского дома.</w:t>
      </w:r>
    </w:p>
    <w:p w:rsidR="00C17EC3" w:rsidRPr="0060276B" w:rsidRDefault="0060276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Устройство внутреннего пространства крестьянского дома. Декоративные элементы жилой среды.</w:t>
      </w:r>
    </w:p>
    <w:p w:rsidR="00C17EC3" w:rsidRPr="0060276B" w:rsidRDefault="0060276B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C17EC3" w:rsidRPr="0060276B" w:rsidRDefault="0060276B">
      <w:pPr>
        <w:autoSpaceDE w:val="0"/>
        <w:autoSpaceDN w:val="0"/>
        <w:spacing w:before="190" w:after="0" w:line="262" w:lineRule="auto"/>
        <w:ind w:left="180" w:right="2448"/>
        <w:rPr>
          <w:lang w:val="ru-RU"/>
        </w:rPr>
      </w:pPr>
      <w:r w:rsidRPr="006027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Народный праздничный костюм </w:t>
      </w:r>
      <w:r w:rsidRPr="0060276B">
        <w:rPr>
          <w:lang w:val="ru-RU"/>
        </w:rPr>
        <w:br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Образный строй народного праздничного костюма — женского и мужского.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Традиционная конструкция русского женского костюма — северорусский (сарафан) и южнорусский (понёва) варианты.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72" w:after="0" w:line="281" w:lineRule="auto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Разнообразие форм и украшений народного праздничного костюма для различных регионов страны. </w:t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</w:t>
      </w:r>
      <w:r w:rsidRPr="0060276B">
        <w:rPr>
          <w:lang w:val="ru-RU"/>
        </w:rPr>
        <w:br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текстильных промыслов в разных регионах страны.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Выполнение рисунков традиционных праздничных костюмов, выражение в форме, цветовом решении, орнаментике </w:t>
      </w:r>
      <w:proofErr w:type="gram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кос​</w:t>
      </w:r>
      <w:proofErr w:type="spell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тюма</w:t>
      </w:r>
      <w:proofErr w:type="spellEnd"/>
      <w:proofErr w:type="gram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черт национального своеобразия.</w:t>
      </w:r>
    </w:p>
    <w:p w:rsidR="00C17EC3" w:rsidRPr="0060276B" w:rsidRDefault="0060276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Народные художественные промыслы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C17EC3" w:rsidRPr="0060276B" w:rsidRDefault="0060276B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Многообразие видов традиционных ремёсел и происхождение художественных промыслов народов</w:t>
      </w:r>
    </w:p>
    <w:p w:rsidR="00C17EC3" w:rsidRPr="0060276B" w:rsidRDefault="00C17EC3">
      <w:pPr>
        <w:rPr>
          <w:lang w:val="ru-RU"/>
        </w:rPr>
        <w:sectPr w:rsidR="00C17EC3" w:rsidRPr="0060276B">
          <w:pgSz w:w="11900" w:h="16840"/>
          <w:pgMar w:top="298" w:right="644" w:bottom="384" w:left="666" w:header="720" w:footer="720" w:gutter="0"/>
          <w:cols w:space="720" w:equalWidth="0">
            <w:col w:w="10590" w:space="0"/>
          </w:cols>
          <w:docGrid w:linePitch="360"/>
        </w:sectPr>
      </w:pPr>
    </w:p>
    <w:p w:rsidR="00C17EC3" w:rsidRPr="0060276B" w:rsidRDefault="00C17EC3">
      <w:pPr>
        <w:autoSpaceDE w:val="0"/>
        <w:autoSpaceDN w:val="0"/>
        <w:spacing w:after="66" w:line="220" w:lineRule="exact"/>
        <w:rPr>
          <w:lang w:val="ru-RU"/>
        </w:rPr>
      </w:pPr>
    </w:p>
    <w:p w:rsidR="00C17EC3" w:rsidRPr="0060276B" w:rsidRDefault="0060276B">
      <w:pPr>
        <w:autoSpaceDE w:val="0"/>
        <w:autoSpaceDN w:val="0"/>
        <w:spacing w:after="0" w:line="230" w:lineRule="auto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России.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 и др.).</w:t>
      </w:r>
    </w:p>
    <w:p w:rsidR="00C17EC3" w:rsidRPr="0060276B" w:rsidRDefault="0060276B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филимоновской</w:t>
      </w:r>
      <w:proofErr w:type="spell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, дымковской, </w:t>
      </w:r>
      <w:proofErr w:type="spell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каргопольской</w:t>
      </w:r>
      <w:proofErr w:type="spell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игрушки. Местные промыслы игрушек разных регионов страны.</w:t>
      </w:r>
    </w:p>
    <w:p w:rsidR="00C17EC3" w:rsidRPr="0060276B" w:rsidRDefault="0060276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Создание эскиза игрушки по мотивам избранного промысла.</w:t>
      </w:r>
    </w:p>
    <w:p w:rsidR="00C17EC3" w:rsidRPr="0060276B" w:rsidRDefault="0060276B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Роспись по дереву. Хохлома. Краткие сведения по истории хохломского промысла. Травный </w:t>
      </w:r>
      <w:proofErr w:type="spell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узор</w:t>
      </w:r>
      <w:proofErr w:type="gram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,«</w:t>
      </w:r>
      <w:proofErr w:type="gram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травка</w:t>
      </w:r>
      <w:proofErr w:type="spell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» —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— традиционные мотивы орнаментальных композиций.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Сюжетные мотивы, основные приёмы и композиционные особенности городецкой росписи. </w:t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C17EC3" w:rsidRPr="0060276B" w:rsidRDefault="0060276B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Роспись по металлу. </w:t>
      </w:r>
      <w:proofErr w:type="spell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Жостово</w:t>
      </w:r>
      <w:proofErr w:type="spell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C17EC3" w:rsidRPr="0060276B" w:rsidRDefault="0060276B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Искусство лаковой живописи: Палех, Федоскино, </w:t>
      </w:r>
      <w:proofErr w:type="gram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Холуй</w:t>
      </w:r>
      <w:proofErr w:type="gram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, Мстёра —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C17EC3" w:rsidRPr="0060276B" w:rsidRDefault="0060276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Народные художественные ремёсла и промыслы — материальные и духовные ценности, неотъемлемая часть культурного наследия России.</w:t>
      </w:r>
    </w:p>
    <w:p w:rsidR="00C17EC3" w:rsidRPr="0060276B" w:rsidRDefault="0060276B">
      <w:pPr>
        <w:autoSpaceDE w:val="0"/>
        <w:autoSpaceDN w:val="0"/>
        <w:spacing w:before="192" w:after="0" w:line="262" w:lineRule="auto"/>
        <w:ind w:left="180" w:right="2592"/>
        <w:rPr>
          <w:lang w:val="ru-RU"/>
        </w:rPr>
      </w:pPr>
      <w:r w:rsidRPr="006027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Декоративно-прикладное искусство в культуре разных эпох и народов </w:t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Роль декоративно-прикладного искусства в культуре древних цивилизаций.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C17EC3" w:rsidRPr="0060276B" w:rsidRDefault="0060276B">
      <w:pPr>
        <w:autoSpaceDE w:val="0"/>
        <w:autoSpaceDN w:val="0"/>
        <w:spacing w:before="70" w:after="0" w:line="262" w:lineRule="auto"/>
        <w:ind w:right="576"/>
        <w:jc w:val="center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Украшение жизненного пространства: построений, интерьеров, предметов быта — в культуре разных эпох.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Декоративно-прикладное искусство в жизни современного человека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Многообразие материалов и техник современного декоративно-прикладного искусства </w:t>
      </w:r>
      <w:r w:rsidRPr="0060276B">
        <w:rPr>
          <w:lang w:val="ru-RU"/>
        </w:rPr>
        <w:br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(художественная керамика, стекло, металл, гобелен, роспись по ткани, моделирование одежды). </w:t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Символический знак в современной жизни: эмблема, логотип, указующий или декоративный знак. </w:t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Государственная символика и традиции геральдики.</w:t>
      </w:r>
    </w:p>
    <w:p w:rsidR="00C17EC3" w:rsidRPr="0060276B" w:rsidRDefault="00C17EC3">
      <w:pPr>
        <w:rPr>
          <w:lang w:val="ru-RU"/>
        </w:rPr>
        <w:sectPr w:rsidR="00C17EC3" w:rsidRPr="0060276B">
          <w:pgSz w:w="11900" w:h="16840"/>
          <w:pgMar w:top="286" w:right="660" w:bottom="318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C17EC3" w:rsidRPr="0060276B" w:rsidRDefault="00C17EC3">
      <w:pPr>
        <w:autoSpaceDE w:val="0"/>
        <w:autoSpaceDN w:val="0"/>
        <w:spacing w:after="66" w:line="220" w:lineRule="exact"/>
        <w:rPr>
          <w:lang w:val="ru-RU"/>
        </w:rPr>
      </w:pPr>
    </w:p>
    <w:p w:rsidR="00C17EC3" w:rsidRPr="0060276B" w:rsidRDefault="0060276B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Декоративные украшения предметов нашего быта и одежды.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Значение украшений в проявлении образа человека, его характера, </w:t>
      </w:r>
      <w:proofErr w:type="spell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самопонимания</w:t>
      </w:r>
      <w:proofErr w:type="spell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, установок и намерений.</w:t>
      </w:r>
    </w:p>
    <w:p w:rsidR="00C17EC3" w:rsidRPr="0060276B" w:rsidRDefault="0060276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Декор на улицах и декор помещений.</w:t>
      </w:r>
    </w:p>
    <w:p w:rsidR="00C17EC3" w:rsidRPr="0060276B" w:rsidRDefault="0060276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Декор праздничный и повседневный.</w:t>
      </w:r>
    </w:p>
    <w:p w:rsidR="00C17EC3" w:rsidRPr="0060276B" w:rsidRDefault="0060276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Праздничное оформление школы.</w:t>
      </w:r>
    </w:p>
    <w:p w:rsidR="00C17EC3" w:rsidRPr="0060276B" w:rsidRDefault="00C17EC3">
      <w:pPr>
        <w:rPr>
          <w:lang w:val="ru-RU"/>
        </w:rPr>
        <w:sectPr w:rsidR="00C17EC3" w:rsidRPr="0060276B">
          <w:pgSz w:w="11900" w:h="16840"/>
          <w:pgMar w:top="286" w:right="1158" w:bottom="1440" w:left="666" w:header="720" w:footer="720" w:gutter="0"/>
          <w:cols w:space="720" w:equalWidth="0">
            <w:col w:w="10076" w:space="0"/>
          </w:cols>
          <w:docGrid w:linePitch="360"/>
        </w:sectPr>
      </w:pPr>
    </w:p>
    <w:p w:rsidR="00C17EC3" w:rsidRPr="0060276B" w:rsidRDefault="00C17EC3" w:rsidP="001203F0">
      <w:pPr>
        <w:autoSpaceDE w:val="0"/>
        <w:autoSpaceDN w:val="0"/>
        <w:spacing w:after="78" w:line="220" w:lineRule="exact"/>
        <w:jc w:val="center"/>
        <w:rPr>
          <w:lang w:val="ru-RU"/>
        </w:rPr>
      </w:pPr>
    </w:p>
    <w:p w:rsidR="00C17EC3" w:rsidRPr="0060276B" w:rsidRDefault="0060276B" w:rsidP="001203F0">
      <w:pPr>
        <w:autoSpaceDE w:val="0"/>
        <w:autoSpaceDN w:val="0"/>
        <w:spacing w:after="0" w:line="262" w:lineRule="auto"/>
        <w:jc w:val="center"/>
        <w:rPr>
          <w:lang w:val="ru-RU"/>
        </w:rPr>
      </w:pPr>
      <w:r w:rsidRPr="0060276B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РЕЗУЛЬТАТЫ ОСВОЕНИЯ МОДУЛЯ «ДЕКОРАТИВНО-ПРИКЛАДНОЕ И НАРОДНОЕ ИСКУССТВО» НА УРОВНЕ ОСНОВНОГО ОБЩЕГО ОБРАЗОВАНИЯ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346" w:after="0" w:line="271" w:lineRule="auto"/>
        <w:ind w:right="288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C17EC3" w:rsidRPr="0060276B" w:rsidRDefault="0060276B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В центре программы по модулю в соответствии с ФГОС общего образования находится личностное развитие </w:t>
      </w:r>
      <w:proofErr w:type="gram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, приобщение обучающихся к российским традиционным духовным </w:t>
      </w:r>
      <w:r w:rsidRPr="0060276B">
        <w:rPr>
          <w:lang w:val="ru-RU"/>
        </w:rPr>
        <w:br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ценностям, социализация личности.</w:t>
      </w:r>
    </w:p>
    <w:p w:rsidR="00C17EC3" w:rsidRPr="0060276B" w:rsidRDefault="0060276B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 культуре; мотивацию к познанию и обучению, готовность к саморазвитию и активному участию в социально значимой ​деятельности.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1. Патриотическое воспитание</w:t>
      </w:r>
      <w:proofErr w:type="gramStart"/>
      <w:r w:rsidRPr="006027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proofErr w:type="gram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</w:t>
      </w:r>
      <w:r w:rsidRPr="0060276B">
        <w:rPr>
          <w:lang w:val="ru-RU"/>
        </w:rPr>
        <w:br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изобразительном искусстве. Воспитание патриотизма в процессе освоения особенностей и красоты отечественной ​духовной жизни, выраженной в произведениях искусства, ​посвящённых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</w:t>
      </w:r>
    </w:p>
    <w:p w:rsidR="00C17EC3" w:rsidRPr="0060276B" w:rsidRDefault="0060276B">
      <w:pPr>
        <w:autoSpaceDE w:val="0"/>
        <w:autoSpaceDN w:val="0"/>
        <w:spacing w:before="70" w:after="0" w:line="271" w:lineRule="auto"/>
        <w:ind w:right="864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2. Гражданское воспитание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</w:t>
      </w:r>
    </w:p>
    <w:p w:rsidR="00C17EC3" w:rsidRPr="0060276B" w:rsidRDefault="0060276B">
      <w:pPr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Искусство рассматривается как особый язык, развивающий коммуникативные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3. Духовно-нравственное воспитание</w:t>
      </w:r>
      <w:proofErr w:type="gramStart"/>
      <w:r w:rsidRPr="006027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proofErr w:type="gram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</w:t>
      </w:r>
      <w:proofErr w:type="gram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60276B">
        <w:rPr>
          <w:lang w:val="ru-RU"/>
        </w:rPr>
        <w:br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ориентационная и коммуникативная деятельность на занятиях по изобразительному искусству способствует освоению базовых ценностей — формированию отношения к миру, жизни, человеку, семье, труду, культуре как духовному богатству общества и важному условию ощущения человеком</w:t>
      </w:r>
    </w:p>
    <w:p w:rsidR="00C17EC3" w:rsidRPr="0060276B" w:rsidRDefault="00C17EC3">
      <w:pPr>
        <w:rPr>
          <w:lang w:val="ru-RU"/>
        </w:rPr>
        <w:sectPr w:rsidR="00C17EC3" w:rsidRPr="0060276B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17EC3" w:rsidRPr="0060276B" w:rsidRDefault="00C17EC3">
      <w:pPr>
        <w:autoSpaceDE w:val="0"/>
        <w:autoSpaceDN w:val="0"/>
        <w:spacing w:after="66" w:line="220" w:lineRule="exact"/>
        <w:rPr>
          <w:lang w:val="ru-RU"/>
        </w:rPr>
      </w:pPr>
    </w:p>
    <w:p w:rsidR="00C17EC3" w:rsidRPr="0060276B" w:rsidRDefault="0060276B">
      <w:pPr>
        <w:autoSpaceDE w:val="0"/>
        <w:autoSpaceDN w:val="0"/>
        <w:spacing w:after="0" w:line="230" w:lineRule="auto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полноты проживаемой жизни.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4. </w:t>
      </w:r>
      <w:proofErr w:type="gramStart"/>
      <w:r w:rsidRPr="006027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Эстетическое воспитание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Эстетическое (от греч.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aisthetikos</w:t>
      </w:r>
      <w:proofErr w:type="spell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— чувствующий, чувственный) 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</w:t>
      </w:r>
      <w:r w:rsidRPr="0060276B">
        <w:rPr>
          <w:lang w:val="ru-RU"/>
        </w:rPr>
        <w:br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отношению к семье, к мирной жизни как главному принципу человеческого общежития, к самому себе как </w:t>
      </w:r>
      <w:proofErr w:type="spell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самореализующейся</w:t>
      </w:r>
      <w:proofErr w:type="spell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5. Ценности познавательной деятельности</w:t>
      </w:r>
      <w:proofErr w:type="gramStart"/>
      <w:r w:rsidRPr="006027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proofErr w:type="gram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процессе художественной деятельности на занятиях изобразительным искусством ставятся задачи воспитания наблюдательности — умений активно, т. 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</w:t>
      </w:r>
      <w:r w:rsidRPr="0060276B">
        <w:rPr>
          <w:lang w:val="ru-RU"/>
        </w:rPr>
        <w:br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изобразительного искусства и при выполнении заданий культурно-исторической направленности.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6. Экологическое воспитание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7. Трудовое воспитание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— обязательные требования к определённым заданиям программы.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8. Воспитывающая предметно-эстетическая среда</w:t>
      </w:r>
      <w:proofErr w:type="gramStart"/>
      <w:r w:rsidRPr="006027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proofErr w:type="gram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образ</w:t>
      </w:r>
      <w:proofErr w:type="gram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РЕЗУЛЬТАТЫ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proofErr w:type="spell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основной образовательной программы, формируемые при изучении модуля:</w:t>
      </w:r>
    </w:p>
    <w:p w:rsidR="00C17EC3" w:rsidRPr="0060276B" w:rsidRDefault="00C17EC3">
      <w:pPr>
        <w:rPr>
          <w:lang w:val="ru-RU"/>
        </w:rPr>
        <w:sectPr w:rsidR="00C17EC3" w:rsidRPr="0060276B">
          <w:pgSz w:w="11900" w:h="16840"/>
          <w:pgMar w:top="286" w:right="686" w:bottom="416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C17EC3" w:rsidRPr="0060276B" w:rsidRDefault="00C17EC3">
      <w:pPr>
        <w:autoSpaceDE w:val="0"/>
        <w:autoSpaceDN w:val="0"/>
        <w:spacing w:after="78" w:line="220" w:lineRule="exact"/>
        <w:rPr>
          <w:lang w:val="ru-RU"/>
        </w:rPr>
      </w:pPr>
    </w:p>
    <w:p w:rsidR="00C17EC3" w:rsidRPr="0060276B" w:rsidRDefault="0060276B">
      <w:pPr>
        <w:autoSpaceDE w:val="0"/>
        <w:autoSpaceDN w:val="0"/>
        <w:spacing w:after="0" w:line="286" w:lineRule="auto"/>
        <w:ind w:left="180" w:right="576"/>
        <w:rPr>
          <w:lang w:val="ru-RU"/>
        </w:rPr>
      </w:pPr>
      <w:r w:rsidRPr="0060276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</w:t>
      </w:r>
      <w:proofErr w:type="gramStart"/>
      <w:r w:rsidRPr="0060276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познавательными действиями </w:t>
      </w:r>
      <w:r w:rsidRPr="0060276B">
        <w:rPr>
          <w:lang w:val="ru-RU"/>
        </w:rPr>
        <w:br/>
      </w:r>
      <w:r w:rsidRPr="006027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Формирование пространственных представлений и сенсорных способностей: </w:t>
      </w:r>
      <w:r w:rsidRPr="0060276B">
        <w:rPr>
          <w:lang w:val="ru-RU"/>
        </w:rPr>
        <w:br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предметные и пространственные объекты по заданным основаниям; </w:t>
      </w:r>
      <w:r w:rsidRPr="0060276B">
        <w:rPr>
          <w:lang w:val="ru-RU"/>
        </w:rPr>
        <w:br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форму предмета, конструкции; </w:t>
      </w:r>
      <w:r w:rsidRPr="0060276B">
        <w:rPr>
          <w:lang w:val="ru-RU"/>
        </w:rPr>
        <w:br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положение предметной формы в пространстве; </w:t>
      </w:r>
      <w:r w:rsidRPr="0060276B">
        <w:rPr>
          <w:lang w:val="ru-RU"/>
        </w:rPr>
        <w:br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обобщать форму составной конструкции; </w:t>
      </w:r>
      <w:r w:rsidRPr="0060276B">
        <w:rPr>
          <w:lang w:val="ru-RU"/>
        </w:rPr>
        <w:br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структуру предмета, конструкции, пространства, зрительного образа; </w:t>
      </w:r>
      <w:r w:rsidRPr="0060276B">
        <w:rPr>
          <w:lang w:val="ru-RU"/>
        </w:rPr>
        <w:br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структурировать предметно-пространственные явления; </w:t>
      </w:r>
      <w:r w:rsidRPr="0060276B">
        <w:rPr>
          <w:lang w:val="ru-RU"/>
        </w:rPr>
        <w:br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сопоставлять пропорциональное соотношение частей внутри целого и предметов между собой;</w:t>
      </w:r>
      <w:proofErr w:type="gram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абстрагировать образ реальности в построении плоской или пространственной композиции.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72" w:after="0" w:line="286" w:lineRule="auto"/>
        <w:rPr>
          <w:lang w:val="ru-RU"/>
        </w:rPr>
      </w:pPr>
      <w:r w:rsidRPr="0060276B">
        <w:rPr>
          <w:lang w:val="ru-RU"/>
        </w:rPr>
        <w:tab/>
      </w:r>
      <w:proofErr w:type="gramStart"/>
      <w:r w:rsidRPr="006027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логические и исследовательские действия: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явлений художественной культуры;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сопоставлять, анализировать, сравнивать и оценивать с позиций эстетических категорий явления искусства и действительности;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искусства по видам и, соответственно, по назначению в жизни людей;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ставить и использовать вопросы как исследовательский инструмент познания;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  <w:proofErr w:type="gram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lang w:val="ru-RU"/>
        </w:rPr>
      </w:pPr>
      <w:r w:rsidRPr="0060276B">
        <w:rPr>
          <w:lang w:val="ru-RU"/>
        </w:rPr>
        <w:tab/>
      </w:r>
      <w:proofErr w:type="gramStart"/>
      <w:r w:rsidRPr="006027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электронные образовательные ресурсы;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работать с электронными учебными пособиями и учебниками;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  <w:proofErr w:type="gram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b/>
          <w:color w:val="000000"/>
          <w:sz w:val="24"/>
          <w:lang w:val="ru-RU"/>
        </w:rPr>
        <w:t>2. Овладение универсальными коммуникативными действиями</w:t>
      </w:r>
      <w:proofErr w:type="gramStart"/>
      <w:r w:rsidRPr="0060276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П</w:t>
      </w:r>
      <w:proofErr w:type="gram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онимать искусство в качестве особого языка общения — межличностного (автор — зритель), между поколениями, между народами;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эмпатии</w:t>
      </w:r>
      <w:proofErr w:type="spell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и опираясь на восприятие окружающих;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proofErr w:type="gram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публично представлять и объяснять результаты своего ​творческого, художественного или исследовательского опыта;</w:t>
      </w:r>
      <w:proofErr w:type="gram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C17EC3" w:rsidRPr="0060276B" w:rsidRDefault="0060276B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0276B">
        <w:rPr>
          <w:rFonts w:ascii="Times New Roman" w:eastAsia="Times New Roman" w:hAnsi="Times New Roman"/>
          <w:b/>
          <w:color w:val="000000"/>
          <w:sz w:val="24"/>
          <w:lang w:val="ru-RU"/>
        </w:rPr>
        <w:t>3. Овладение универсальными регулятивными действиями</w:t>
      </w:r>
    </w:p>
    <w:p w:rsidR="00C17EC3" w:rsidRPr="0060276B" w:rsidRDefault="00C17EC3">
      <w:pPr>
        <w:rPr>
          <w:lang w:val="ru-RU"/>
        </w:rPr>
        <w:sectPr w:rsidR="00C17EC3" w:rsidRPr="0060276B">
          <w:pgSz w:w="11900" w:h="16840"/>
          <w:pgMar w:top="298" w:right="648" w:bottom="308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C17EC3" w:rsidRPr="0060276B" w:rsidRDefault="00C17EC3">
      <w:pPr>
        <w:autoSpaceDE w:val="0"/>
        <w:autoSpaceDN w:val="0"/>
        <w:spacing w:after="78" w:line="220" w:lineRule="exact"/>
        <w:rPr>
          <w:lang w:val="ru-RU"/>
        </w:rPr>
      </w:pPr>
    </w:p>
    <w:p w:rsidR="00C17EC3" w:rsidRPr="0060276B" w:rsidRDefault="0060276B">
      <w:pPr>
        <w:tabs>
          <w:tab w:val="left" w:pos="180"/>
        </w:tabs>
        <w:autoSpaceDE w:val="0"/>
        <w:autoSpaceDN w:val="0"/>
        <w:spacing w:after="0" w:line="286" w:lineRule="auto"/>
        <w:ind w:right="576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Самоорганизация: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цели</w:t>
      </w:r>
      <w:proofErr w:type="gram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совершаемые учебные действия, развивать мотивы и интересы своей учебной деятельности;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70" w:after="0" w:line="281" w:lineRule="auto"/>
        <w:ind w:right="864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Самоконтроль: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70" w:after="0" w:line="286" w:lineRule="auto"/>
        <w:ind w:right="720"/>
        <w:rPr>
          <w:lang w:val="ru-RU"/>
        </w:rPr>
      </w:pP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Эмоциональный интеллект: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способность управлять собственными эмоциями, стремиться к пониманию эмоций других;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рефлексировать эмоции как основание для художественного восприятия искусства и собственной художественной деятельности;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свои эмпатические способности, способность сопереживать, понимать намерения и переживания свои и других;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своё и чужое право на ошибку;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межвозрастном</w:t>
      </w:r>
      <w:proofErr w:type="spell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взаимодействии.</w:t>
      </w:r>
    </w:p>
    <w:p w:rsidR="00C17EC3" w:rsidRPr="0060276B" w:rsidRDefault="0060276B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60276B">
        <w:rPr>
          <w:lang w:val="ru-RU"/>
        </w:rPr>
        <w:tab/>
      </w:r>
      <w:proofErr w:type="gramStart"/>
      <w:r w:rsidRPr="0060276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ПРЕДМЕТНЫЕ РЕЗУЛЬТАТЫ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 промыслов; понимать связь декоративно-прикладного искусства с бытовыми потребностями людей, необходимость присутствия в предметном мире и жилой среде;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  <w:proofErr w:type="gram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коммуникативные, познавательные и культовые функции декоративн</w:t>
      </w:r>
      <w:proofErr w:type="gram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60276B">
        <w:rPr>
          <w:lang w:val="ru-RU"/>
        </w:rPr>
        <w:br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прикладного искусства;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произведения декоративно-прикладного искусства по материалу (дерево, металл, керамика, текстиль, стекло, камень, кость, др.); уметь характеризовать неразрывную связь декора и материала;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proofErr w:type="gram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др.;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специфику образного языка декоративного искусства — его знаковую природу, </w:t>
      </w:r>
      <w:r w:rsidRPr="0060276B">
        <w:rPr>
          <w:lang w:val="ru-RU"/>
        </w:rPr>
        <w:br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орнаментальность, стилизацию изображения;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разные виды орнамента по сюжетной основе: геометрический, растительный, </w:t>
      </w:r>
      <w:r w:rsidRPr="0060276B">
        <w:rPr>
          <w:lang w:val="ru-RU"/>
        </w:rPr>
        <w:br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зооморфный, антропоморфный;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владеть практическими навыками самостоятельного творческого создания орнаментов ленточных,</w:t>
      </w:r>
      <w:proofErr w:type="gramEnd"/>
    </w:p>
    <w:p w:rsidR="00C17EC3" w:rsidRPr="0060276B" w:rsidRDefault="00C17EC3">
      <w:pPr>
        <w:rPr>
          <w:lang w:val="ru-RU"/>
        </w:rPr>
        <w:sectPr w:rsidR="00C17EC3" w:rsidRPr="0060276B">
          <w:pgSz w:w="11900" w:h="16840"/>
          <w:pgMar w:top="298" w:right="670" w:bottom="368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C17EC3" w:rsidRPr="0060276B" w:rsidRDefault="00C17EC3">
      <w:pPr>
        <w:autoSpaceDE w:val="0"/>
        <w:autoSpaceDN w:val="0"/>
        <w:spacing w:after="66" w:line="220" w:lineRule="exact"/>
        <w:rPr>
          <w:lang w:val="ru-RU"/>
        </w:rPr>
      </w:pPr>
    </w:p>
    <w:p w:rsidR="00C17EC3" w:rsidRPr="0060276B" w:rsidRDefault="0060276B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сетчатых, центрических;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овладеть практическими навыками стилизованного — орнаментального лаконичного изображения деталей природы, стилизованного обобщённого изображения представите​- лей животного мира, сказочных и мифологических </w:t>
      </w:r>
      <w:proofErr w:type="spellStart"/>
      <w:proofErr w:type="gram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персо</w:t>
      </w:r>
      <w:proofErr w:type="spell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нажей</w:t>
      </w:r>
      <w:proofErr w:type="spellEnd"/>
      <w:proofErr w:type="gram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с опорой на традиционные образы мирового искусства; </w:t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 </w:t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объяснять символическое значение традиционных знаков народного крестьянского искусства (солярные знаки, древо жизни, конь, птица, мать-земля);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proofErr w:type="gram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самостоятельно изображать конструкцию традиционного крестьянского дома, его </w:t>
      </w:r>
      <w:r w:rsidRPr="0060276B">
        <w:rPr>
          <w:lang w:val="ru-RU"/>
        </w:rPr>
        <w:br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декоративное убранство, уметь объяснять функциональное, декоративное и символическое единство его деталей; объяснять крестьянский дом как отражение уклада крестьянской жизни и памятник архитектуры;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практический опыт изображения характерных традиционных предметов крестьянского быта; </w:t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освоить конструкцию народного праздничного костюма, его образный строй и символическое значение его декора;</w:t>
      </w:r>
      <w:proofErr w:type="gram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знать о разнообразии форм и украшений народного праздничного костюма различных регионов страны; уметь изобразить или смоделировать традиционный народный костюм; </w:t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произведения народного искусства как бесценное культурное наследие, хранящее в своих материальных формах глубинные духовные ценности;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уметь изображать или конструировать устройство традиционных жилищ разных народов, например юрты, сакли, хаты-мазанки; объяснять семантическое значение деталей конструкции и декора, их связь с природой, трудом и бытом;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и распознавать примеры декоративного оформления жизнедеятельности </w:t>
      </w:r>
      <w:proofErr w:type="gram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—б</w:t>
      </w:r>
      <w:proofErr w:type="gram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ыта, костюма разных исторических эпох и народов (например, Древний Египет, Древний Китай, античные Греция и Рим, Европейское Средневековье);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значение народных промыслов и традиций художественного ремесла в современной жизни;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 происхождении народных художественных промыслов; о соотношении ремесла и искусства;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характерные черты орнаментов и изделий ряда отечественных народных художественных промыслов;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древние образы народного искусства в произведениях современных народных промыслов;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перечислять материалы, используемые в народных художественных промыслах: дерево, глина, металл, стекло, др.;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изделия народных художественных промыслов по материалу изготовления и технике декора;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связь между материалом, формой и техникой декора в произведениях народных промыслов;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приёмах и последовательности работы при создании изделий некоторых художественных промыслов;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C17EC3" w:rsidRPr="0060276B" w:rsidRDefault="00C17EC3">
      <w:pPr>
        <w:rPr>
          <w:lang w:val="ru-RU"/>
        </w:rPr>
        <w:sectPr w:rsidR="00C17EC3" w:rsidRPr="0060276B">
          <w:pgSz w:w="11900" w:h="16840"/>
          <w:pgMar w:top="286" w:right="746" w:bottom="438" w:left="666" w:header="720" w:footer="720" w:gutter="0"/>
          <w:cols w:space="720" w:equalWidth="0">
            <w:col w:w="10488" w:space="0"/>
          </w:cols>
          <w:docGrid w:linePitch="360"/>
        </w:sectPr>
      </w:pPr>
    </w:p>
    <w:p w:rsidR="00C17EC3" w:rsidRPr="0060276B" w:rsidRDefault="00C17EC3">
      <w:pPr>
        <w:autoSpaceDE w:val="0"/>
        <w:autoSpaceDN w:val="0"/>
        <w:spacing w:after="78" w:line="220" w:lineRule="exact"/>
        <w:rPr>
          <w:lang w:val="ru-RU"/>
        </w:rPr>
      </w:pPr>
    </w:p>
    <w:p w:rsidR="00C17EC3" w:rsidRPr="0060276B" w:rsidRDefault="0060276B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60276B">
        <w:rPr>
          <w:lang w:val="ru-RU"/>
        </w:rPr>
        <w:tab/>
      </w:r>
      <w:proofErr w:type="gramStart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 </w:t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объяснять значение государственной символики, иметь представление о значении и содержании геральдики;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  <w:proofErr w:type="gramEnd"/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широком разнообразии современного декоративно-прикладного искусства; различать по материалам, технике исполнения художественное стекло, керамику, ковку, литьё, гобелен и т. д.; </w:t>
      </w:r>
      <w:r w:rsidRPr="0060276B">
        <w:rPr>
          <w:lang w:val="ru-RU"/>
        </w:rPr>
        <w:br/>
      </w:r>
      <w:r w:rsidRPr="0060276B">
        <w:rPr>
          <w:lang w:val="ru-RU"/>
        </w:rPr>
        <w:tab/>
      </w:r>
      <w:r w:rsidRPr="0060276B">
        <w:rPr>
          <w:rFonts w:ascii="Times New Roman" w:eastAsia="Times New Roman" w:hAnsi="Times New Roman"/>
          <w:color w:val="000000"/>
          <w:sz w:val="24"/>
          <w:lang w:val="ru-RU"/>
        </w:rPr>
        <w:t>овладевать навыками коллективной практической творческой работы по оформлению пространства школы и школьных праздников.</w:t>
      </w:r>
    </w:p>
    <w:p w:rsidR="00C17EC3" w:rsidRPr="0060276B" w:rsidRDefault="00C17EC3">
      <w:pPr>
        <w:rPr>
          <w:lang w:val="ru-RU"/>
        </w:rPr>
        <w:sectPr w:rsidR="00C17EC3" w:rsidRPr="0060276B">
          <w:pgSz w:w="11900" w:h="16840"/>
          <w:pgMar w:top="298" w:right="756" w:bottom="1440" w:left="666" w:header="720" w:footer="720" w:gutter="0"/>
          <w:cols w:space="720" w:equalWidth="0">
            <w:col w:w="10478" w:space="0"/>
          </w:cols>
          <w:docGrid w:linePitch="360"/>
        </w:sectPr>
      </w:pPr>
    </w:p>
    <w:p w:rsidR="00C17EC3" w:rsidRPr="00F41FED" w:rsidRDefault="00C17EC3" w:rsidP="00F41FED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:rsidR="00C17EC3" w:rsidRPr="00F41FED" w:rsidRDefault="0060276B" w:rsidP="00F41FED">
      <w:pPr>
        <w:autoSpaceDE w:val="0"/>
        <w:autoSpaceDN w:val="0"/>
        <w:spacing w:after="0" w:line="233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F41FED">
        <w:rPr>
          <w:rFonts w:ascii="Times New Roman" w:eastAsia="Times New Roman" w:hAnsi="Times New Roman" w:cs="Times New Roman"/>
          <w:b/>
          <w:w w:val="101"/>
          <w:sz w:val="20"/>
          <w:szCs w:val="20"/>
          <w:lang w:val="ru-RU"/>
        </w:rPr>
        <w:t>ТЕМАТИЧЕСКОЕ ПЛАНИРОВАНИЕ МОДУЛЯ «ДЕКОРАТИВНО-ПРИКЛАДНОЕ И НАРОДНОЕ ИСКУССТВО»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3710"/>
        <w:gridCol w:w="528"/>
        <w:gridCol w:w="1106"/>
        <w:gridCol w:w="496"/>
        <w:gridCol w:w="644"/>
        <w:gridCol w:w="864"/>
        <w:gridCol w:w="4304"/>
        <w:gridCol w:w="1712"/>
        <w:gridCol w:w="131"/>
        <w:gridCol w:w="1611"/>
      </w:tblGrid>
      <w:tr w:rsidR="00C17EC3" w:rsidRPr="00C12B45" w:rsidTr="00CC0949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b/>
                <w:w w:val="97"/>
                <w:sz w:val="20"/>
                <w:szCs w:val="20"/>
                <w:lang w:val="ru-RU"/>
              </w:rPr>
              <w:t>№</w:t>
            </w:r>
            <w:r w:rsidRPr="00E3739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proofErr w:type="gramStart"/>
            <w:r w:rsidRPr="00E3739D">
              <w:rPr>
                <w:rFonts w:ascii="Times New Roman" w:eastAsia="Times New Roman" w:hAnsi="Times New Roman" w:cs="Times New Roman"/>
                <w:b/>
                <w:w w:val="97"/>
                <w:sz w:val="20"/>
                <w:szCs w:val="20"/>
                <w:lang w:val="ru-RU"/>
              </w:rPr>
              <w:t>п</w:t>
            </w:r>
            <w:proofErr w:type="gramEnd"/>
            <w:r w:rsidRPr="00E3739D">
              <w:rPr>
                <w:rFonts w:ascii="Times New Roman" w:eastAsia="Times New Roman" w:hAnsi="Times New Roman" w:cs="Times New Roman"/>
                <w:b/>
                <w:w w:val="97"/>
                <w:sz w:val="20"/>
                <w:szCs w:val="20"/>
                <w:lang w:val="ru-RU"/>
              </w:rPr>
              <w:t>/п</w:t>
            </w:r>
          </w:p>
        </w:tc>
        <w:tc>
          <w:tcPr>
            <w:tcW w:w="3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b/>
                <w:w w:val="97"/>
                <w:sz w:val="20"/>
                <w:szCs w:val="20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b/>
                <w:w w:val="97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b/>
                <w:w w:val="97"/>
                <w:sz w:val="20"/>
                <w:szCs w:val="20"/>
                <w:lang w:val="ru-RU"/>
              </w:rPr>
              <w:t xml:space="preserve">Дата </w:t>
            </w:r>
            <w:r w:rsidRPr="00E3739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E3739D">
              <w:rPr>
                <w:rFonts w:ascii="Times New Roman" w:eastAsia="Times New Roman" w:hAnsi="Times New Roman" w:cs="Times New Roman"/>
                <w:b/>
                <w:w w:val="97"/>
                <w:sz w:val="20"/>
                <w:szCs w:val="20"/>
                <w:lang w:val="ru-RU"/>
              </w:rPr>
              <w:t>изучения</w:t>
            </w:r>
          </w:p>
        </w:tc>
        <w:tc>
          <w:tcPr>
            <w:tcW w:w="4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b/>
                <w:w w:val="97"/>
                <w:sz w:val="20"/>
                <w:szCs w:val="20"/>
                <w:lang w:val="ru-RU"/>
              </w:rPr>
              <w:t>Виды деятельности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b/>
                <w:w w:val="97"/>
                <w:sz w:val="20"/>
                <w:szCs w:val="20"/>
                <w:lang w:val="ru-RU"/>
              </w:rPr>
              <w:t>Виды, формы контроля</w:t>
            </w:r>
          </w:p>
        </w:tc>
        <w:tc>
          <w:tcPr>
            <w:tcW w:w="1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8" w:after="0" w:line="250" w:lineRule="auto"/>
              <w:ind w:left="72" w:right="43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b/>
                <w:w w:val="97"/>
                <w:sz w:val="20"/>
                <w:szCs w:val="20"/>
                <w:lang w:val="ru-RU"/>
              </w:rPr>
              <w:t xml:space="preserve">Электронные </w:t>
            </w:r>
            <w:r w:rsidRPr="00E3739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E3739D">
              <w:rPr>
                <w:rFonts w:ascii="Times New Roman" w:eastAsia="Times New Roman" w:hAnsi="Times New Roman" w:cs="Times New Roman"/>
                <w:b/>
                <w:w w:val="97"/>
                <w:sz w:val="20"/>
                <w:szCs w:val="20"/>
                <w:lang w:val="ru-RU"/>
              </w:rPr>
              <w:t xml:space="preserve">(цифровые) </w:t>
            </w:r>
            <w:r w:rsidRPr="00E3739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E3739D">
              <w:rPr>
                <w:rFonts w:ascii="Times New Roman" w:eastAsia="Times New Roman" w:hAnsi="Times New Roman" w:cs="Times New Roman"/>
                <w:b/>
                <w:w w:val="97"/>
                <w:sz w:val="20"/>
                <w:szCs w:val="20"/>
                <w:lang w:val="ru-RU"/>
              </w:rPr>
              <w:t>образовательные ресурсы</w:t>
            </w:r>
          </w:p>
        </w:tc>
      </w:tr>
      <w:tr w:rsidR="00C17EC3" w:rsidRPr="00C12B45" w:rsidTr="00CC0949">
        <w:trPr>
          <w:trHeight w:hRule="exact" w:val="768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EC3" w:rsidRPr="00E3739D" w:rsidRDefault="00C17EC3" w:rsidP="00F41FE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EC3" w:rsidRPr="00E3739D" w:rsidRDefault="00C17EC3" w:rsidP="00F41FE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b/>
                <w:w w:val="97"/>
                <w:sz w:val="20"/>
                <w:szCs w:val="20"/>
                <w:lang w:val="ru-RU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b/>
                <w:w w:val="97"/>
                <w:sz w:val="20"/>
                <w:szCs w:val="20"/>
                <w:lang w:val="ru-RU"/>
              </w:rPr>
              <w:t>контрольные работы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b/>
                <w:w w:val="97"/>
                <w:sz w:val="20"/>
                <w:szCs w:val="20"/>
                <w:lang w:val="ru-RU"/>
              </w:rPr>
              <w:t>практические работы</w:t>
            </w:r>
          </w:p>
        </w:tc>
        <w:tc>
          <w:tcPr>
            <w:tcW w:w="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EC3" w:rsidRPr="00E3739D" w:rsidRDefault="00C17EC3" w:rsidP="00F41FE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C17EC3" w:rsidRPr="00E3739D" w:rsidRDefault="00C17EC3" w:rsidP="00F41FE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12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C17EC3" w:rsidRPr="00E3739D" w:rsidRDefault="00C17EC3" w:rsidP="00F41FE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EC3" w:rsidRPr="00E3739D" w:rsidRDefault="00C17EC3" w:rsidP="00F41FE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17EC3" w:rsidRPr="00C12B45">
        <w:trPr>
          <w:trHeight w:hRule="exact" w:val="348"/>
        </w:trPr>
        <w:tc>
          <w:tcPr>
            <w:tcW w:w="155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b/>
                <w:w w:val="97"/>
                <w:sz w:val="20"/>
                <w:szCs w:val="20"/>
                <w:lang w:val="ru-RU"/>
              </w:rPr>
              <w:t>Раздел 1. Общие сведения о декоративно-прикладном искусстве</w:t>
            </w:r>
          </w:p>
        </w:tc>
      </w:tr>
      <w:tr w:rsidR="00C17EC3" w:rsidRPr="00E3739D" w:rsidTr="00CC0949">
        <w:trPr>
          <w:trHeight w:hRule="exact" w:val="712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1.1.</w:t>
            </w:r>
          </w:p>
        </w:tc>
        <w:tc>
          <w:tcPr>
            <w:tcW w:w="37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Декоративно-прикладное искусство и его виды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0</w:t>
            </w:r>
          </w:p>
        </w:tc>
        <w:tc>
          <w:tcPr>
            <w:tcW w:w="4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0</w:t>
            </w:r>
          </w:p>
        </w:tc>
        <w:tc>
          <w:tcPr>
            <w:tcW w:w="1508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566D79" w:rsidP="00F41FED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1</w:t>
            </w:r>
            <w:r w:rsidR="0060276B"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 xml:space="preserve">1.01.2023 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20</w:t>
            </w:r>
            <w:r w:rsidR="0060276B"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.01.2023</w:t>
            </w:r>
          </w:p>
        </w:tc>
        <w:tc>
          <w:tcPr>
            <w:tcW w:w="43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Анализировать связь декоративно-прикладного искусства с бытовыми потребностями людей</w:t>
            </w:r>
            <w:proofErr w:type="gram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.;</w:t>
            </w:r>
            <w:proofErr w:type="gramEnd"/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30" w:lineRule="auto"/>
              <w:ind w:left="7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Устныйопрос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1742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https://infourok.ru/</w:t>
            </w:r>
          </w:p>
        </w:tc>
      </w:tr>
      <w:tr w:rsidR="00C17EC3" w:rsidRPr="00C12B45">
        <w:trPr>
          <w:trHeight w:hRule="exact" w:val="348"/>
        </w:trPr>
        <w:tc>
          <w:tcPr>
            <w:tcW w:w="155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b/>
                <w:w w:val="97"/>
                <w:sz w:val="20"/>
                <w:szCs w:val="20"/>
                <w:lang w:val="ru-RU"/>
              </w:rPr>
              <w:t>Раздел 2. Древние корни народного искусства</w:t>
            </w:r>
          </w:p>
        </w:tc>
      </w:tr>
      <w:tr w:rsidR="00566D79" w:rsidRPr="00E3739D" w:rsidTr="00CC0949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2.1.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Древние образы в народном искусстве</w:t>
            </w:r>
          </w:p>
        </w:tc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1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0</w:t>
            </w:r>
          </w:p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</w:pPr>
          </w:p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1</w:t>
            </w:r>
          </w:p>
        </w:tc>
        <w:tc>
          <w:tcPr>
            <w:tcW w:w="15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23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.01.2023 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27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.01.2023</w:t>
            </w:r>
          </w:p>
        </w:tc>
        <w:tc>
          <w:tcPr>
            <w:tcW w:w="43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50" w:lineRule="auto"/>
              <w:ind w:left="72" w:right="57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 xml:space="preserve">Уметь объяснять глубинные смыслы основных знаков-символов традиционного народного (крестьянского) прикладного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искусства.</w:t>
            </w:r>
            <w:proofErr w:type="gram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;И</w:t>
            </w:r>
            <w:proofErr w:type="gram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зображать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строение и декор избы в их конструктивном и смысловом единстве.;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Устныйопрос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;</w:t>
            </w:r>
          </w:p>
          <w:p w:rsidR="00566D79" w:rsidRPr="00E3739D" w:rsidRDefault="00566D79" w:rsidP="00F41FED">
            <w:pPr>
              <w:autoSpaceDE w:val="0"/>
              <w:autoSpaceDN w:val="0"/>
              <w:spacing w:before="76" w:after="0" w:line="245" w:lineRule="auto"/>
              <w:ind w:left="74" w:righ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Практическаяработа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1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https://resh.edu.ru/</w:t>
            </w:r>
          </w:p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D79" w:rsidRPr="00E3739D" w:rsidTr="00CC0949">
        <w:trPr>
          <w:trHeight w:hRule="exact" w:val="76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2.2.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Убранство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русской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избы</w:t>
            </w:r>
            <w:proofErr w:type="spellEnd"/>
          </w:p>
        </w:tc>
        <w:tc>
          <w:tcPr>
            <w:tcW w:w="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4" w:type="dxa"/>
            <w:vMerge/>
            <w:tcBorders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12" w:type="dxa"/>
            <w:vMerge/>
            <w:tcBorders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45" w:lineRule="auto"/>
              <w:ind w:left="74" w:right="43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D79" w:rsidRPr="00E3739D" w:rsidTr="00CC0949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2.3.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3D6A0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73FB0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Внутренний мир </w:t>
            </w:r>
            <w:r w:rsidR="003D6A01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русской избы</w:t>
            </w:r>
          </w:p>
        </w:tc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373FB0" w:rsidRDefault="00566D79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  <w:p w:rsidR="00566D79" w:rsidRPr="00373FB0" w:rsidRDefault="00566D79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66D79" w:rsidRPr="00E3739D" w:rsidRDefault="00566D79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0</w:t>
            </w:r>
          </w:p>
          <w:p w:rsidR="00566D79" w:rsidRPr="00E3739D" w:rsidRDefault="00566D79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</w:pPr>
          </w:p>
          <w:p w:rsidR="00566D79" w:rsidRPr="00E3739D" w:rsidRDefault="00566D79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D79" w:rsidRPr="00E3739D" w:rsidRDefault="00566D79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30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.01.2023 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03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.0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2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.2023</w:t>
            </w:r>
          </w:p>
        </w:tc>
        <w:tc>
          <w:tcPr>
            <w:tcW w:w="43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310CE8">
            <w:pPr>
              <w:autoSpaceDE w:val="0"/>
              <w:autoSpaceDN w:val="0"/>
              <w:spacing w:before="78" w:after="0" w:line="247" w:lineRule="auto"/>
              <w:ind w:left="72" w:right="86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Называть и понимать назначение конструктивных и декоративных элементов устройства жилой среды </w:t>
            </w:r>
            <w:r w:rsidR="00310CE8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башкирского 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дома</w:t>
            </w:r>
            <w:proofErr w:type="gram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.;</w:t>
            </w:r>
            <w:r w:rsidR="00F41FED" w:rsidRPr="00E3739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Изобразить в рисунке форму и декор предметов крестьянского быта (ковши, прялки, посуда, предметы трудовой </w:t>
            </w:r>
            <w:r w:rsidRPr="00E3739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деятельности).;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310CE8" w:rsidRDefault="00566D79" w:rsidP="00F41FED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310CE8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Устныйопрос</w:t>
            </w:r>
            <w:proofErr w:type="spellEnd"/>
            <w:r w:rsidRPr="00310CE8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;</w:t>
            </w:r>
          </w:p>
          <w:p w:rsidR="00566D79" w:rsidRPr="00310CE8" w:rsidRDefault="00F41FED" w:rsidP="00F41FED">
            <w:pPr>
              <w:autoSpaceDE w:val="0"/>
              <w:autoSpaceDN w:val="0"/>
              <w:spacing w:before="78" w:after="0" w:line="245" w:lineRule="auto"/>
              <w:ind w:right="43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10CE8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Практиче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ск</w:t>
            </w:r>
            <w:r w:rsidR="00566D79" w:rsidRPr="00310CE8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ая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</w:t>
            </w:r>
            <w:r w:rsidR="00566D79" w:rsidRPr="00310CE8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работа;</w:t>
            </w:r>
          </w:p>
        </w:tc>
        <w:tc>
          <w:tcPr>
            <w:tcW w:w="1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310CE8" w:rsidRDefault="00E0417B" w:rsidP="00E0417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417B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310C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proofErr w:type="spellStart"/>
            <w:r w:rsidRPr="00E0417B">
              <w:rPr>
                <w:rFonts w:ascii="Times New Roman" w:hAnsi="Times New Roman" w:cs="Times New Roman"/>
                <w:sz w:val="20"/>
                <w:szCs w:val="20"/>
              </w:rPr>
              <w:t>infourok</w:t>
            </w:r>
            <w:proofErr w:type="spellEnd"/>
            <w:r w:rsidRPr="00310C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Pr="00E0417B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310C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proofErr w:type="spellStart"/>
            <w:r w:rsidRPr="00E0417B">
              <w:rPr>
                <w:rFonts w:ascii="Times New Roman" w:hAnsi="Times New Roman" w:cs="Times New Roman"/>
                <w:sz w:val="20"/>
                <w:szCs w:val="20"/>
              </w:rPr>
              <w:t>prezentaciya</w:t>
            </w:r>
            <w:proofErr w:type="spellEnd"/>
            <w:r w:rsidRPr="00310C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E0417B">
              <w:rPr>
                <w:rFonts w:ascii="Times New Roman" w:hAnsi="Times New Roman" w:cs="Times New Roman"/>
                <w:sz w:val="20"/>
                <w:szCs w:val="20"/>
              </w:rPr>
              <w:t>zhilisha</w:t>
            </w:r>
            <w:proofErr w:type="spellEnd"/>
            <w:r w:rsidRPr="00310C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E0417B">
              <w:rPr>
                <w:rFonts w:ascii="Times New Roman" w:hAnsi="Times New Roman" w:cs="Times New Roman"/>
                <w:sz w:val="20"/>
                <w:szCs w:val="20"/>
              </w:rPr>
              <w:t>bashkirskogo</w:t>
            </w:r>
            <w:proofErr w:type="spellEnd"/>
            <w:r w:rsidRPr="00310C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E0417B">
              <w:rPr>
                <w:rFonts w:ascii="Times New Roman" w:hAnsi="Times New Roman" w:cs="Times New Roman"/>
                <w:sz w:val="20"/>
                <w:szCs w:val="20"/>
              </w:rPr>
              <w:t>naroda</w:t>
            </w:r>
            <w:proofErr w:type="spellEnd"/>
            <w:r w:rsidRPr="00310C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-4966193.</w:t>
            </w:r>
            <w:proofErr w:type="spellStart"/>
            <w:r w:rsidRPr="00E0417B">
              <w:rPr>
                <w:rFonts w:ascii="Times New Roman" w:hAnsi="Times New Roman" w:cs="Times New Roman"/>
                <w:sz w:val="20"/>
                <w:szCs w:val="20"/>
              </w:rPr>
              <w:t>htm</w:t>
            </w:r>
            <w:proofErr w:type="spellEnd"/>
            <w:r w:rsidRPr="00310C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310CE8" w:rsidRPr="00310CE8" w:rsidRDefault="00310CE8" w:rsidP="00310CE8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310CE8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Pr="00310C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proofErr w:type="spellStart"/>
            <w:r w:rsidRPr="00310CE8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310C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310CE8">
              <w:rPr>
                <w:rFonts w:ascii="Times New Roman" w:hAnsi="Times New Roman" w:cs="Times New Roman"/>
                <w:sz w:val="20"/>
                <w:szCs w:val="20"/>
              </w:rPr>
              <w:t xml:space="preserve">wikipedia.org/ </w:t>
            </w:r>
          </w:p>
        </w:tc>
      </w:tr>
      <w:tr w:rsidR="00566D79" w:rsidRPr="00C12B45" w:rsidTr="00310CE8">
        <w:trPr>
          <w:trHeight w:hRule="exact" w:val="132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2.4.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04" w:type="dxa"/>
            <w:vMerge/>
            <w:tcBorders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12" w:type="dxa"/>
            <w:vMerge/>
            <w:tcBorders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566D79" w:rsidRPr="00E3739D" w:rsidTr="00CC0949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2.5.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3D6A0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Народный праздничный костюм</w:t>
            </w:r>
            <w:r w:rsid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 1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0</w:t>
            </w:r>
          </w:p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</w:pPr>
          </w:p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06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.0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2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.2023 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10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.0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2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.2023</w:t>
            </w:r>
          </w:p>
        </w:tc>
        <w:tc>
          <w:tcPr>
            <w:tcW w:w="43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Соотносить особенности декора праздничного костюма с мировосприятием и мировоззрением наших предков</w:t>
            </w:r>
            <w:proofErr w:type="gram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.;</w:t>
            </w:r>
            <w:proofErr w:type="gramEnd"/>
          </w:p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Определять тип орнамента в наблюдаемом узоре</w:t>
            </w:r>
            <w:proofErr w:type="gram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.;</w:t>
            </w:r>
            <w:proofErr w:type="gramEnd"/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Практическаяработа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;</w:t>
            </w:r>
          </w:p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Устныйопрос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1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E0417B" w:rsidP="00F41FE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417B">
              <w:rPr>
                <w:rFonts w:ascii="Times New Roman" w:hAnsi="Times New Roman" w:cs="Times New Roman"/>
                <w:sz w:val="20"/>
                <w:szCs w:val="20"/>
              </w:rPr>
              <w:t>https://infourok.ru/prezentaciya-bashkirskij-nacionalnyj-kostyum-4322858.html</w:t>
            </w:r>
          </w:p>
        </w:tc>
      </w:tr>
      <w:tr w:rsidR="00566D79" w:rsidRPr="00E3739D" w:rsidTr="00CC0949">
        <w:trPr>
          <w:trHeight w:hRule="exact" w:val="69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2.6.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Искусство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народной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вышивки</w:t>
            </w:r>
            <w:proofErr w:type="spellEnd"/>
          </w:p>
        </w:tc>
        <w:tc>
          <w:tcPr>
            <w:tcW w:w="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4" w:type="dxa"/>
            <w:vMerge/>
            <w:tcBorders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12" w:type="dxa"/>
            <w:vMerge/>
            <w:tcBorders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6D79" w:rsidRPr="00E3739D" w:rsidRDefault="00566D79" w:rsidP="00F41FE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EC3" w:rsidRPr="00E3739D" w:rsidTr="00CC0949">
        <w:trPr>
          <w:trHeight w:hRule="exact" w:val="107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2.7.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Народные праздничные обряды (обобщение темы)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</w:t>
            </w:r>
          </w:p>
        </w:tc>
        <w:tc>
          <w:tcPr>
            <w:tcW w:w="1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566D79" w:rsidP="00F41FED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13</w:t>
            </w:r>
            <w:r w:rsidR="0060276B"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.02.2023 </w:t>
            </w:r>
            <w:r w:rsidR="0058012B"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17</w:t>
            </w:r>
            <w:r w:rsidR="0060276B"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.02.2023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Изобразить сюжетную композицию с изображением праздника или участвовать в создании коллективного панно на тему традиций народных праздников;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45" w:lineRule="auto"/>
              <w:ind w:left="74" w:righ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Практическаяработа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0417B" w:rsidRDefault="00C12B45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</w:pPr>
            <w:hyperlink r:id="rId7" w:history="1">
              <w:r w:rsidR="00E0417B" w:rsidRPr="00E0417B">
                <w:rPr>
                  <w:rStyle w:val="aff8"/>
                  <w:rFonts w:ascii="Times New Roman" w:eastAsia="Times New Roman" w:hAnsi="Times New Roman" w:cs="Times New Roman"/>
                  <w:color w:val="auto"/>
                  <w:w w:val="97"/>
                  <w:sz w:val="20"/>
                  <w:szCs w:val="20"/>
                </w:rPr>
                <w:t>https://resh.edu.ru</w:t>
              </w:r>
              <w:r w:rsidR="00E0417B" w:rsidRPr="00411CF6">
                <w:rPr>
                  <w:rStyle w:val="aff8"/>
                  <w:rFonts w:ascii="Times New Roman" w:eastAsia="Times New Roman" w:hAnsi="Times New Roman" w:cs="Times New Roman"/>
                  <w:w w:val="97"/>
                  <w:sz w:val="20"/>
                  <w:szCs w:val="20"/>
                </w:rPr>
                <w:t>/</w:t>
              </w:r>
            </w:hyperlink>
          </w:p>
          <w:p w:rsidR="00E0417B" w:rsidRPr="00E0417B" w:rsidRDefault="00E0417B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0417B">
              <w:rPr>
                <w:rFonts w:ascii="Times New Roman" w:hAnsi="Times New Roman" w:cs="Times New Roman"/>
                <w:sz w:val="20"/>
                <w:szCs w:val="20"/>
              </w:rPr>
              <w:t>https://uchitelya.com/okruzhayuschiy-mir/194350-prezentaciya-bashkirskaya-kultura-i-tradicii.html</w:t>
            </w:r>
          </w:p>
        </w:tc>
      </w:tr>
      <w:tr w:rsidR="00C17EC3" w:rsidRPr="00E3739D">
        <w:trPr>
          <w:trHeight w:hRule="exact" w:val="348"/>
        </w:trPr>
        <w:tc>
          <w:tcPr>
            <w:tcW w:w="155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739D">
              <w:rPr>
                <w:rFonts w:ascii="Times New Roman" w:eastAsia="Times New Roman" w:hAnsi="Times New Roman" w:cs="Times New Roman"/>
                <w:b/>
                <w:w w:val="97"/>
                <w:sz w:val="20"/>
                <w:szCs w:val="20"/>
              </w:rPr>
              <w:t>Раздел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b/>
                <w:w w:val="97"/>
                <w:sz w:val="20"/>
                <w:szCs w:val="20"/>
              </w:rPr>
              <w:t xml:space="preserve"> 3.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b/>
                <w:w w:val="97"/>
                <w:sz w:val="20"/>
                <w:szCs w:val="20"/>
              </w:rPr>
              <w:t>Народные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b/>
                <w:w w:val="97"/>
                <w:sz w:val="20"/>
                <w:szCs w:val="20"/>
              </w:rPr>
              <w:t xml:space="preserve">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b/>
                <w:w w:val="97"/>
                <w:sz w:val="20"/>
                <w:szCs w:val="20"/>
              </w:rPr>
              <w:t>художественные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b/>
                <w:w w:val="97"/>
                <w:sz w:val="20"/>
                <w:szCs w:val="20"/>
              </w:rPr>
              <w:t xml:space="preserve">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b/>
                <w:w w:val="97"/>
                <w:sz w:val="20"/>
                <w:szCs w:val="20"/>
              </w:rPr>
              <w:t>промыслы</w:t>
            </w:r>
            <w:proofErr w:type="spellEnd"/>
          </w:p>
        </w:tc>
      </w:tr>
      <w:tr w:rsidR="0058012B" w:rsidRPr="00E3739D" w:rsidTr="00CC0949">
        <w:trPr>
          <w:trHeight w:hRule="exact" w:val="145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012B" w:rsidRPr="00E3739D" w:rsidRDefault="0058012B" w:rsidP="00F41FE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lastRenderedPageBreak/>
              <w:t>3.1.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012B" w:rsidRPr="00E3739D" w:rsidRDefault="0058012B" w:rsidP="00F41FED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Происхождение художественных промыслов и их роль в современной жизни народов России</w:t>
            </w:r>
          </w:p>
        </w:tc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012B" w:rsidRPr="00E3739D" w:rsidRDefault="0058012B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  <w:p w:rsidR="0058012B" w:rsidRPr="00E3739D" w:rsidRDefault="0058012B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  <w:p w:rsidR="0058012B" w:rsidRPr="00E3739D" w:rsidRDefault="0058012B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1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012B" w:rsidRPr="00E3739D" w:rsidRDefault="0058012B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0</w:t>
            </w:r>
          </w:p>
          <w:p w:rsidR="0058012B" w:rsidRPr="00E3739D" w:rsidRDefault="0058012B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012B" w:rsidRPr="00E3739D" w:rsidRDefault="0058012B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</w:pPr>
          </w:p>
          <w:p w:rsidR="0058012B" w:rsidRPr="00E3739D" w:rsidRDefault="0058012B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012B" w:rsidRPr="00E3739D" w:rsidRDefault="0058012B" w:rsidP="00F41FED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20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.02.2023 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24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.02.2023</w:t>
            </w:r>
          </w:p>
        </w:tc>
        <w:tc>
          <w:tcPr>
            <w:tcW w:w="43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8012B" w:rsidRPr="00E3739D" w:rsidRDefault="0058012B" w:rsidP="00F41FED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Объяснять роль народных художественных промыслов в современной жизни;</w:t>
            </w:r>
          </w:p>
          <w:p w:rsidR="0058012B" w:rsidRPr="00E3739D" w:rsidRDefault="0058012B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Создавать эскизы игрушки по мотивам избранного промысла;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012B" w:rsidRPr="00E3739D" w:rsidRDefault="0058012B" w:rsidP="00F41FED">
            <w:pPr>
              <w:autoSpaceDE w:val="0"/>
              <w:autoSpaceDN w:val="0"/>
              <w:spacing w:before="78" w:after="0" w:line="230" w:lineRule="auto"/>
              <w:ind w:left="7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Устныйопрос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;</w:t>
            </w:r>
          </w:p>
          <w:p w:rsidR="0058012B" w:rsidRPr="00E3739D" w:rsidRDefault="0058012B" w:rsidP="00F41FED">
            <w:pPr>
              <w:autoSpaceDE w:val="0"/>
              <w:autoSpaceDN w:val="0"/>
              <w:spacing w:before="78" w:after="0" w:line="247" w:lineRule="auto"/>
              <w:ind w:left="74" w:righ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Практическаяработа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; </w:t>
            </w:r>
            <w:r w:rsidRPr="00E3739D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6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012B" w:rsidRPr="00E3739D" w:rsidRDefault="0058012B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https://resh.edu.ru/</w:t>
            </w:r>
          </w:p>
          <w:p w:rsidR="0058012B" w:rsidRPr="00E3739D" w:rsidRDefault="0058012B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https://infourok.ru/</w:t>
            </w:r>
          </w:p>
        </w:tc>
      </w:tr>
      <w:tr w:rsidR="0058012B" w:rsidRPr="00C12B45" w:rsidTr="00CC0949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012B" w:rsidRPr="00E3739D" w:rsidRDefault="0058012B" w:rsidP="00F41FE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3.2.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012B" w:rsidRPr="00E3739D" w:rsidRDefault="0058012B" w:rsidP="00F41FED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Традиционные древние образы в современных игрушках народных промыслов</w:t>
            </w:r>
          </w:p>
        </w:tc>
        <w:tc>
          <w:tcPr>
            <w:tcW w:w="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012B" w:rsidRPr="00E3739D" w:rsidRDefault="0058012B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012B" w:rsidRPr="00E3739D" w:rsidRDefault="0058012B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012B" w:rsidRPr="00E3739D" w:rsidRDefault="0058012B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012B" w:rsidRPr="00E3739D" w:rsidRDefault="0058012B" w:rsidP="00F41FED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04" w:type="dxa"/>
            <w:vMerge/>
            <w:tcBorders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58012B" w:rsidRPr="00E3739D" w:rsidRDefault="0058012B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012B" w:rsidRPr="00E3739D" w:rsidRDefault="0058012B" w:rsidP="00F41FED">
            <w:pPr>
              <w:autoSpaceDE w:val="0"/>
              <w:autoSpaceDN w:val="0"/>
              <w:spacing w:before="78" w:after="0" w:line="247" w:lineRule="auto"/>
              <w:ind w:left="74" w:right="43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012B" w:rsidRPr="00E3739D" w:rsidRDefault="0058012B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17EC3" w:rsidRPr="00E3739D" w:rsidTr="00CC0949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3.3.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Праздничная хохлома. ​Роспись по дереву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</w:t>
            </w:r>
          </w:p>
        </w:tc>
        <w:tc>
          <w:tcPr>
            <w:tcW w:w="1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58012B" w:rsidP="00F41FED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27</w:t>
            </w:r>
            <w:r w:rsidR="0060276B"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.02.2023 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03</w:t>
            </w:r>
            <w:r w:rsidR="0060276B"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.0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3</w:t>
            </w:r>
            <w:r w:rsidR="0060276B"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.2023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Создавать эскизы изделия по мотивам промысла;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50" w:lineRule="auto"/>
              <w:ind w:left="74" w:righ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Практическаяработа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; </w:t>
            </w:r>
            <w:r w:rsidRPr="00E3739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устныйопрос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https://infourok.ru/</w:t>
            </w:r>
          </w:p>
        </w:tc>
      </w:tr>
      <w:tr w:rsidR="00C17EC3" w:rsidRPr="00E3739D" w:rsidTr="00CC0949">
        <w:trPr>
          <w:trHeight w:hRule="exact" w:val="85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3.4.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Искусство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Гжели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.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Керамика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</w:t>
            </w:r>
          </w:p>
        </w:tc>
        <w:tc>
          <w:tcPr>
            <w:tcW w:w="1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58012B" w:rsidP="00F41FED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06</w:t>
            </w:r>
            <w:r w:rsidR="0060276B"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.0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3</w:t>
            </w:r>
            <w:r w:rsidR="0060276B"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.2023 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10</w:t>
            </w:r>
            <w:r w:rsidR="0060276B"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.0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3</w:t>
            </w:r>
            <w:r w:rsidR="0060276B"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.2023</w:t>
            </w:r>
          </w:p>
        </w:tc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Изображение и конструирование посудной </w:t>
            </w:r>
            <w:proofErr w:type="gram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формы</w:t>
            </w:r>
            <w:proofErr w:type="gram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и её роспись в гжельской традиции;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CC0949" w:rsidRDefault="0060276B" w:rsidP="00CC0949">
            <w:pPr>
              <w:autoSpaceDE w:val="0"/>
              <w:autoSpaceDN w:val="0"/>
              <w:spacing w:before="76" w:after="0" w:line="250" w:lineRule="auto"/>
              <w:ind w:left="74" w:right="432"/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</w:pP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Практическаяработа;</w:t>
            </w:r>
            <w:r w:rsidR="00CC0949"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У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стный</w:t>
            </w:r>
            <w:proofErr w:type="spellEnd"/>
            <w:r w:rsidR="00CC0949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опрос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E3739D" w:rsidRDefault="0060276B" w:rsidP="00F41FE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https://stranamasterov.ru/</w:t>
            </w:r>
          </w:p>
        </w:tc>
      </w:tr>
    </w:tbl>
    <w:tbl>
      <w:tblPr>
        <w:tblpPr w:leftFromText="180" w:rightFromText="180" w:vertAnchor="text" w:horzAnchor="margin" w:tblpY="1"/>
        <w:tblW w:w="0" w:type="auto"/>
        <w:tblLayout w:type="fixed"/>
        <w:tblLook w:val="04A0" w:firstRow="1" w:lastRow="0" w:firstColumn="1" w:lastColumn="0" w:noHBand="0" w:noVBand="1"/>
      </w:tblPr>
      <w:tblGrid>
        <w:gridCol w:w="396"/>
        <w:gridCol w:w="3710"/>
        <w:gridCol w:w="528"/>
        <w:gridCol w:w="1106"/>
        <w:gridCol w:w="502"/>
        <w:gridCol w:w="1502"/>
        <w:gridCol w:w="4027"/>
        <w:gridCol w:w="283"/>
        <w:gridCol w:w="1843"/>
        <w:gridCol w:w="1605"/>
      </w:tblGrid>
      <w:tr w:rsidR="00F41FED" w:rsidRPr="00E3739D" w:rsidTr="00CC0949">
        <w:trPr>
          <w:trHeight w:hRule="exact" w:val="10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3.5.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Городецкая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роспись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по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дереву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13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.03.2023 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17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.03.2023</w:t>
            </w:r>
          </w:p>
        </w:tc>
        <w:tc>
          <w:tcPr>
            <w:tcW w:w="4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Выполнить эскиз изделия по мотивам промысла;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after="0" w:line="247" w:lineRule="auto"/>
              <w:ind w:left="74" w:righ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Практическая</w:t>
            </w:r>
            <w:proofErr w:type="spellEnd"/>
            <w:r w:rsidR="00CC0949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работа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; </w:t>
            </w:r>
            <w:r w:rsidRPr="00E3739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устный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опрос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https://stranamasterov.ru/</w:t>
            </w:r>
          </w:p>
        </w:tc>
      </w:tr>
      <w:tr w:rsidR="00F41FED" w:rsidRPr="00E3739D" w:rsidTr="00CC0949">
        <w:trPr>
          <w:trHeight w:hRule="exact" w:val="83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3.6.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Жостово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.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Роспись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по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металлу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20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.03.2023 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24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.03.2023</w:t>
            </w:r>
          </w:p>
        </w:tc>
        <w:tc>
          <w:tcPr>
            <w:tcW w:w="4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 xml:space="preserve">Иметь опыт традиционных для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Жостова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приёмов кистевых мазков в живописи цветочных букетов</w:t>
            </w:r>
            <w:proofErr w:type="gram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.;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47" w:lineRule="auto"/>
              <w:ind w:left="74" w:righ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Практическаяработа;устный</w:t>
            </w:r>
            <w:proofErr w:type="spellEnd"/>
            <w:r w:rsidR="00CC0949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опрос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https://infourok.ru/</w:t>
            </w:r>
          </w:p>
        </w:tc>
      </w:tr>
      <w:tr w:rsidR="00F41FED" w:rsidRPr="00E3739D" w:rsidTr="00CC0949">
        <w:trPr>
          <w:trHeight w:hRule="exact" w:val="94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3.7.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Искусство</w:t>
            </w:r>
            <w:proofErr w:type="spellEnd"/>
            <w:r w:rsid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лаковой</w:t>
            </w:r>
            <w:proofErr w:type="spellEnd"/>
            <w:r w:rsid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жи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​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вописи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03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.0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4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.2023 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14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.0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4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.2023</w:t>
            </w:r>
          </w:p>
        </w:tc>
        <w:tc>
          <w:tcPr>
            <w:tcW w:w="4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Иметь опыт создания композиции на сказочный сюжет, опираясь на впечатления от лаковых миниатюр;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47" w:lineRule="auto"/>
              <w:ind w:left="74" w:righ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Практическая</w:t>
            </w:r>
            <w:proofErr w:type="spellEnd"/>
            <w:r w:rsidR="00CC0949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работа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; </w:t>
            </w:r>
            <w:r w:rsidRPr="00E3739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тестирование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https://stranamasterov.ru/</w:t>
            </w:r>
          </w:p>
        </w:tc>
      </w:tr>
      <w:tr w:rsidR="00F41FED" w:rsidRPr="00C12B45" w:rsidTr="00F41FED">
        <w:trPr>
          <w:trHeight w:hRule="exact" w:val="348"/>
        </w:trPr>
        <w:tc>
          <w:tcPr>
            <w:tcW w:w="155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b/>
                <w:w w:val="97"/>
                <w:sz w:val="20"/>
                <w:szCs w:val="20"/>
                <w:lang w:val="ru-RU"/>
              </w:rPr>
              <w:t>Раздел 4. Декоративно-прикладное искусство в культуре разных эпох и народов</w:t>
            </w:r>
          </w:p>
        </w:tc>
      </w:tr>
      <w:tr w:rsidR="00F41FED" w:rsidRPr="00E3739D" w:rsidTr="00CC0949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4.1.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Роль декоративно-прикладного искусства в культуре древних цивилизаций</w:t>
            </w:r>
          </w:p>
        </w:tc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0</w:t>
            </w:r>
          </w:p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</w:pPr>
          </w:p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17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.0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4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.2023 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21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.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04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.2023</w:t>
            </w:r>
          </w:p>
        </w:tc>
        <w:tc>
          <w:tcPr>
            <w:tcW w:w="43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Делать зарисовки элементов декора или декорированных предметов;</w:t>
            </w:r>
          </w:p>
          <w:p w:rsidR="00F41FED" w:rsidRPr="00E3739D" w:rsidRDefault="00F41FED" w:rsidP="00F41FED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Проводить исследование орнаментов выбранной культуры, отвечая на вопросы о своеобразии традиций орнамента</w:t>
            </w:r>
            <w:proofErr w:type="gram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.;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CC0949" w:rsidRDefault="00F41FED" w:rsidP="00CC0949">
            <w:pPr>
              <w:autoSpaceDE w:val="0"/>
              <w:autoSpaceDN w:val="0"/>
              <w:spacing w:before="76" w:after="0" w:line="245" w:lineRule="auto"/>
              <w:ind w:left="74" w:right="432"/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</w:pP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Практическая</w:t>
            </w:r>
            <w:proofErr w:type="spellEnd"/>
            <w:r w:rsidR="00CC0949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работа;Устныйопрос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https://infourok.ru/</w:t>
            </w:r>
          </w:p>
        </w:tc>
      </w:tr>
      <w:tr w:rsidR="00F41FED" w:rsidRPr="00C12B45" w:rsidTr="00CC0949">
        <w:trPr>
          <w:trHeight w:hRule="exact" w:val="89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4.2.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E3739D">
            <w:pPr>
              <w:autoSpaceDE w:val="0"/>
              <w:autoSpaceDN w:val="0"/>
              <w:spacing w:before="76" w:after="0" w:line="233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 xml:space="preserve">Целостный образ декоративно-прикладного искусства для каждой исторической эпохи и национальной культуры </w:t>
            </w:r>
          </w:p>
        </w:tc>
        <w:tc>
          <w:tcPr>
            <w:tcW w:w="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41FED" w:rsidRPr="00E3739D" w:rsidTr="00CC0949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4.3.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Особенности конструкции и декора одежды</w:t>
            </w:r>
          </w:p>
        </w:tc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0</w:t>
            </w:r>
          </w:p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</w:pPr>
          </w:p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24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.04.2023 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28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.04.2023</w:t>
            </w:r>
          </w:p>
        </w:tc>
        <w:tc>
          <w:tcPr>
            <w:tcW w:w="43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Создавать эскиз одежды или деталей одежды для разных членов сообщества этой культуры;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Практическая</w:t>
            </w:r>
            <w:proofErr w:type="spellEnd"/>
            <w:r w:rsidR="00CC0949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работа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https://infourok.ru/</w:t>
            </w:r>
          </w:p>
        </w:tc>
      </w:tr>
      <w:tr w:rsidR="00F41FED" w:rsidRPr="00C12B45" w:rsidTr="00CC0949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4.4.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47" w:lineRule="auto"/>
              <w:ind w:left="72" w:right="57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Особенности орнамента в культурах разных народов</w:t>
            </w:r>
          </w:p>
        </w:tc>
        <w:tc>
          <w:tcPr>
            <w:tcW w:w="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3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45" w:lineRule="auto"/>
              <w:ind w:left="74" w:right="43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41FED" w:rsidRPr="00C12B45" w:rsidTr="00F41FED">
        <w:trPr>
          <w:trHeight w:hRule="exact" w:val="348"/>
        </w:trPr>
        <w:tc>
          <w:tcPr>
            <w:tcW w:w="155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b/>
                <w:w w:val="97"/>
                <w:sz w:val="20"/>
                <w:szCs w:val="20"/>
                <w:lang w:val="ru-RU"/>
              </w:rPr>
              <w:t>Раздел 5. Декоративно-прикладное искусство в жизни современного человека</w:t>
            </w:r>
          </w:p>
        </w:tc>
      </w:tr>
      <w:tr w:rsidR="00F41FED" w:rsidRPr="00C12B45" w:rsidTr="00CC0949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lastRenderedPageBreak/>
              <w:t>5.1.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Многообразие видов, форм, материалов и техник современного декоративного искусства</w:t>
            </w:r>
          </w:p>
        </w:tc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</w:pPr>
          </w:p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0</w:t>
            </w:r>
          </w:p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</w:pPr>
          </w:p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02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.0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5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 xml:space="preserve">.2023 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12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.0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5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.2023</w:t>
            </w:r>
          </w:p>
        </w:tc>
        <w:tc>
          <w:tcPr>
            <w:tcW w:w="4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CC0949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Разрабатывать эскиз личной семейной эмблемы или эмблемы класса, школы</w:t>
            </w:r>
            <w:r w:rsidR="00CC0949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;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45" w:lineRule="auto"/>
              <w:ind w:left="74" w:right="43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Практическая</w:t>
            </w:r>
            <w:proofErr w:type="spellEnd"/>
            <w:r w:rsidR="00CC0949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работа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https</w:t>
            </w: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://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resh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edu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.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ru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/</w:t>
            </w:r>
          </w:p>
          <w:p w:rsidR="00F41FED" w:rsidRPr="00E3739D" w:rsidRDefault="00721F9E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21F9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http://www.myshared.ru/slide/795622/</w:t>
            </w:r>
          </w:p>
        </w:tc>
      </w:tr>
      <w:tr w:rsidR="00F41FED" w:rsidRPr="00C12B45" w:rsidTr="00CC0949">
        <w:trPr>
          <w:trHeight w:hRule="exact" w:val="78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5.2.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Символический знак в современной жизни</w:t>
            </w:r>
          </w:p>
        </w:tc>
        <w:tc>
          <w:tcPr>
            <w:tcW w:w="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027" w:type="dxa"/>
            <w:vMerge/>
            <w:tcBorders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45" w:lineRule="auto"/>
              <w:ind w:left="74" w:right="43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41FED" w:rsidRPr="00E3739D" w:rsidTr="00CC0949">
        <w:trPr>
          <w:trHeight w:hRule="exact" w:val="94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5.3.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Декор современных улиц и помещений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15.05.2023 31.05.2023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Участвовать в праздничном оформлении школы;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50" w:lineRule="auto"/>
              <w:ind w:left="74" w:righ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Практическая</w:t>
            </w:r>
            <w:proofErr w:type="spellEnd"/>
            <w:r w:rsidR="00E3739D"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работа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;</w:t>
            </w:r>
            <w:r w:rsidR="00CC0949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тестирование</w:t>
            </w:r>
            <w:proofErr w:type="spellEnd"/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;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https://resh.edu.ru/</w:t>
            </w:r>
          </w:p>
        </w:tc>
      </w:tr>
      <w:tr w:rsidR="00F41FED" w:rsidRPr="00E3739D" w:rsidTr="00CC0949">
        <w:trPr>
          <w:trHeight w:hRule="exact" w:val="328"/>
        </w:trPr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ОБЩЕЕ КОЛИЧЕСТВО ЧАСОВ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17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2</w:t>
            </w: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14</w:t>
            </w:r>
          </w:p>
        </w:tc>
        <w:tc>
          <w:tcPr>
            <w:tcW w:w="9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E3739D" w:rsidRDefault="00F41FED" w:rsidP="00F41F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7EC3" w:rsidRPr="00F41FED" w:rsidRDefault="00C17EC3" w:rsidP="00F41FED">
      <w:pPr>
        <w:autoSpaceDE w:val="0"/>
        <w:autoSpaceDN w:val="0"/>
        <w:spacing w:after="0" w:line="14" w:lineRule="exact"/>
        <w:rPr>
          <w:rFonts w:ascii="Times New Roman" w:hAnsi="Times New Roman" w:cs="Times New Roman"/>
        </w:rPr>
      </w:pPr>
    </w:p>
    <w:p w:rsidR="00C17EC3" w:rsidRPr="00585802" w:rsidRDefault="00C17EC3" w:rsidP="00F41FED">
      <w:pPr>
        <w:spacing w:after="0"/>
        <w:rPr>
          <w:rFonts w:ascii="Times New Roman" w:hAnsi="Times New Roman" w:cs="Times New Roman"/>
        </w:rPr>
        <w:sectPr w:rsidR="00C17EC3" w:rsidRPr="00585802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17EC3" w:rsidRPr="00F41FED" w:rsidRDefault="00C17EC3">
      <w:pPr>
        <w:autoSpaceDE w:val="0"/>
        <w:autoSpaceDN w:val="0"/>
        <w:spacing w:after="78" w:line="220" w:lineRule="exact"/>
        <w:rPr>
          <w:rFonts w:ascii="Times New Roman" w:hAnsi="Times New Roman" w:cs="Times New Roman"/>
        </w:rPr>
      </w:pPr>
    </w:p>
    <w:p w:rsidR="00C17EC3" w:rsidRPr="00F41FED" w:rsidRDefault="0060276B">
      <w:pPr>
        <w:autoSpaceDE w:val="0"/>
        <w:autoSpaceDN w:val="0"/>
        <w:spacing w:after="320" w:line="230" w:lineRule="auto"/>
        <w:rPr>
          <w:rFonts w:ascii="Times New Roman" w:hAnsi="Times New Roman" w:cs="Times New Roman"/>
        </w:rPr>
      </w:pPr>
      <w:r w:rsidRPr="00F41FED">
        <w:rPr>
          <w:rFonts w:ascii="Times New Roman" w:eastAsia="Times New Roman" w:hAnsi="Times New Roman" w:cs="Times New Roman"/>
          <w:b/>
          <w:sz w:val="24"/>
        </w:rPr>
        <w:t>ПОУРОЧНОЕ ПЛАНИРОВАНИЕ</w:t>
      </w:r>
    </w:p>
    <w:tbl>
      <w:tblPr>
        <w:tblW w:w="1031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493"/>
        <w:gridCol w:w="4910"/>
        <w:gridCol w:w="692"/>
        <w:gridCol w:w="832"/>
        <w:gridCol w:w="1108"/>
        <w:gridCol w:w="751"/>
        <w:gridCol w:w="1526"/>
      </w:tblGrid>
      <w:tr w:rsidR="00C17EC3" w:rsidRPr="00F41FED" w:rsidTr="00E3739D">
        <w:trPr>
          <w:trHeight w:hRule="exact" w:val="495"/>
        </w:trPr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F41F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  <w:r w:rsidRPr="00F41FE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1F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F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Темаурока</w:t>
            </w:r>
            <w:proofErr w:type="spellEnd"/>
          </w:p>
        </w:tc>
        <w:tc>
          <w:tcPr>
            <w:tcW w:w="2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F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Количествочасов</w:t>
            </w:r>
            <w:proofErr w:type="spellEnd"/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F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</w:t>
            </w:r>
            <w:proofErr w:type="spellEnd"/>
            <w:r w:rsidRPr="00F41FE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F41F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изучения</w:t>
            </w:r>
            <w:proofErr w:type="spellEnd"/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>
            <w:pPr>
              <w:autoSpaceDE w:val="0"/>
              <w:autoSpaceDN w:val="0"/>
              <w:spacing w:before="98" w:after="0" w:line="271" w:lineRule="auto"/>
              <w:ind w:left="72" w:right="4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F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Виды</w:t>
            </w:r>
            <w:proofErr w:type="spellEnd"/>
            <w:r w:rsidRPr="00F41F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F41FE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F41F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формы</w:t>
            </w:r>
            <w:proofErr w:type="spellEnd"/>
            <w:r w:rsidRPr="00F41FE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F41F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контроля</w:t>
            </w:r>
            <w:proofErr w:type="spellEnd"/>
          </w:p>
        </w:tc>
      </w:tr>
      <w:tr w:rsidR="00C17EC3" w:rsidRPr="00F41FED" w:rsidTr="00E3739D">
        <w:trPr>
          <w:trHeight w:hRule="exact" w:val="1179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EC3" w:rsidRPr="00F41FED" w:rsidRDefault="00C17EC3" w:rsidP="00F41FE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EC3" w:rsidRPr="00F41FED" w:rsidRDefault="00C17EC3" w:rsidP="00F41FE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 w:rsidP="00F41FE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proofErr w:type="spellStart"/>
            <w:r w:rsidRPr="00F41FED">
              <w:rPr>
                <w:rFonts w:ascii="Times New Roman" w:eastAsia="Times New Roman" w:hAnsi="Times New Roman" w:cs="Times New Roman"/>
                <w:b/>
              </w:rPr>
              <w:t>всего</w:t>
            </w:r>
            <w:proofErr w:type="spellEnd"/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F41FED" w:rsidRDefault="00F41FED" w:rsidP="00F41FED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F41F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  <w:r w:rsidR="0060276B" w:rsidRPr="00F41F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онтрольные</w:t>
            </w:r>
            <w:proofErr w:type="spellEnd"/>
          </w:p>
          <w:p w:rsidR="00C17EC3" w:rsidRPr="00F41FED" w:rsidRDefault="0060276B" w:rsidP="00F41FED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F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41FED" w:rsidRPr="00F41FED" w:rsidRDefault="00F41FED" w:rsidP="00F41FED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F41F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r w:rsidR="0060276B" w:rsidRPr="00F41F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рактические</w:t>
            </w:r>
            <w:proofErr w:type="spellEnd"/>
          </w:p>
          <w:p w:rsidR="00C17EC3" w:rsidRPr="00F41FED" w:rsidRDefault="0060276B" w:rsidP="00F41FED">
            <w:pPr>
              <w:autoSpaceDE w:val="0"/>
              <w:autoSpaceDN w:val="0"/>
              <w:spacing w:before="98" w:after="0" w:line="240" w:lineRule="auto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F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EC3" w:rsidRPr="00F41FED" w:rsidRDefault="00C17EC3" w:rsidP="00F41FE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EC3" w:rsidRPr="00F41FED" w:rsidRDefault="00C17EC3" w:rsidP="00F41FE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17EC3" w:rsidRPr="00F41FED" w:rsidTr="00E3739D">
        <w:trPr>
          <w:trHeight w:hRule="exact" w:val="1491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 w:rsidP="00F41FE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373FB0" w:rsidRDefault="006E6BAC" w:rsidP="00373FB0">
            <w:pPr>
              <w:rPr>
                <w:rFonts w:ascii="Times New Roman" w:hAnsi="Times New Roman" w:cs="Times New Roman"/>
                <w:lang w:val="ru-RU"/>
              </w:rPr>
            </w:pPr>
            <w:r w:rsidRPr="00373FB0">
              <w:rPr>
                <w:rFonts w:ascii="Times New Roman" w:hAnsi="Times New Roman" w:cs="Times New Roman"/>
                <w:shd w:val="clear" w:color="auto" w:fill="F7F5F5"/>
                <w:lang w:val="ru-RU"/>
              </w:rPr>
              <w:t xml:space="preserve">Декоративно-прикладное искусство и его виды.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 w:rsidP="005F4599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 w:rsidP="005F4599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 w:rsidP="005F4599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C17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>
            <w:pPr>
              <w:autoSpaceDE w:val="0"/>
              <w:autoSpaceDN w:val="0"/>
              <w:spacing w:before="98" w:after="0" w:line="262" w:lineRule="auto"/>
              <w:ind w:left="72" w:right="576"/>
              <w:rPr>
                <w:rFonts w:ascii="Times New Roman" w:hAnsi="Times New Roman" w:cs="Times New Roman"/>
              </w:rPr>
            </w:pPr>
            <w:proofErr w:type="spellStart"/>
            <w:r w:rsidRPr="00F41FED">
              <w:rPr>
                <w:rFonts w:ascii="Times New Roman" w:eastAsia="Times New Roman" w:hAnsi="Times New Roman" w:cs="Times New Roman"/>
              </w:rPr>
              <w:t>Устный</w:t>
            </w:r>
            <w:proofErr w:type="spellEnd"/>
            <w:r w:rsidR="00585802" w:rsidRPr="00F41FE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F41FED">
              <w:rPr>
                <w:rFonts w:ascii="Times New Roman" w:eastAsia="Times New Roman" w:hAnsi="Times New Roman" w:cs="Times New Roman"/>
              </w:rPr>
              <w:t>опрос</w:t>
            </w:r>
            <w:proofErr w:type="spellEnd"/>
            <w:r w:rsidRPr="00F41FED">
              <w:rPr>
                <w:rFonts w:ascii="Times New Roman" w:eastAsia="Times New Roman" w:hAnsi="Times New Roman" w:cs="Times New Roman"/>
              </w:rPr>
              <w:t>;</w:t>
            </w:r>
          </w:p>
        </w:tc>
      </w:tr>
      <w:tr w:rsidR="00C17EC3" w:rsidRPr="00F41FED" w:rsidTr="00E3739D">
        <w:trPr>
          <w:trHeight w:hRule="exact" w:val="946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>
            <w:pPr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eastAsia="Times New Roman" w:hAnsi="Times New Roman" w:cs="Times New Roman"/>
                <w:w w:val="97"/>
                <w:lang w:val="ru-RU"/>
              </w:rPr>
              <w:t xml:space="preserve">Древние образы в народном искусстве. </w:t>
            </w:r>
            <w:proofErr w:type="spellStart"/>
            <w:r w:rsidRPr="00F41FED">
              <w:rPr>
                <w:rFonts w:ascii="Times New Roman" w:eastAsia="Times New Roman" w:hAnsi="Times New Roman" w:cs="Times New Roman"/>
                <w:w w:val="97"/>
              </w:rPr>
              <w:t>Убранство</w:t>
            </w:r>
            <w:proofErr w:type="spellEnd"/>
            <w:r w:rsidR="00CC0949">
              <w:rPr>
                <w:rFonts w:ascii="Times New Roman" w:eastAsia="Times New Roman" w:hAnsi="Times New Roman" w:cs="Times New Roman"/>
                <w:w w:val="97"/>
                <w:lang w:val="ru-RU"/>
              </w:rPr>
              <w:t xml:space="preserve"> </w:t>
            </w:r>
            <w:proofErr w:type="spellStart"/>
            <w:r w:rsidRPr="00F41FED">
              <w:rPr>
                <w:rFonts w:ascii="Times New Roman" w:eastAsia="Times New Roman" w:hAnsi="Times New Roman" w:cs="Times New Roman"/>
                <w:w w:val="97"/>
              </w:rPr>
              <w:t>русской</w:t>
            </w:r>
            <w:proofErr w:type="spellEnd"/>
            <w:r w:rsidR="00CC0949">
              <w:rPr>
                <w:rFonts w:ascii="Times New Roman" w:eastAsia="Times New Roman" w:hAnsi="Times New Roman" w:cs="Times New Roman"/>
                <w:w w:val="97"/>
                <w:lang w:val="ru-RU"/>
              </w:rPr>
              <w:t xml:space="preserve"> </w:t>
            </w:r>
            <w:proofErr w:type="spellStart"/>
            <w:r w:rsidRPr="00F41FED">
              <w:rPr>
                <w:rFonts w:ascii="Times New Roman" w:eastAsia="Times New Roman" w:hAnsi="Times New Roman" w:cs="Times New Roman"/>
                <w:w w:val="97"/>
              </w:rPr>
              <w:t>избы</w:t>
            </w:r>
            <w:proofErr w:type="spellEnd"/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 w:rsidP="005F4599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1C5C78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C17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0276B" w:rsidRPr="00F41FED" w:rsidRDefault="0060276B" w:rsidP="0060276B">
            <w:pPr>
              <w:pStyle w:val="a9"/>
              <w:rPr>
                <w:rFonts w:ascii="Times New Roman" w:hAnsi="Times New Roman" w:cs="Times New Roman"/>
                <w:w w:val="97"/>
                <w:lang w:val="ru-RU"/>
              </w:rPr>
            </w:pPr>
            <w:r w:rsidRPr="00F41FED">
              <w:rPr>
                <w:rFonts w:ascii="Times New Roman" w:hAnsi="Times New Roman" w:cs="Times New Roman"/>
                <w:w w:val="97"/>
                <w:lang w:val="ru-RU"/>
              </w:rPr>
              <w:t>Устный опрос;</w:t>
            </w:r>
          </w:p>
          <w:p w:rsidR="00C17EC3" w:rsidRPr="00F41FED" w:rsidRDefault="0060276B" w:rsidP="0060276B">
            <w:pPr>
              <w:pStyle w:val="a9"/>
              <w:rPr>
                <w:rFonts w:ascii="Times New Roman" w:hAnsi="Times New Roman" w:cs="Times New Roman"/>
                <w:w w:val="97"/>
                <w:lang w:val="ru-RU"/>
              </w:rPr>
            </w:pPr>
            <w:proofErr w:type="spellStart"/>
            <w:r w:rsidRPr="00F41FED">
              <w:rPr>
                <w:rFonts w:ascii="Times New Roman" w:hAnsi="Times New Roman" w:cs="Times New Roman"/>
                <w:w w:val="97"/>
              </w:rPr>
              <w:t>Практическая</w:t>
            </w:r>
            <w:proofErr w:type="spellEnd"/>
            <w:r w:rsidR="00585802" w:rsidRPr="00F41FED">
              <w:rPr>
                <w:rFonts w:ascii="Times New Roman" w:hAnsi="Times New Roman" w:cs="Times New Roman"/>
                <w:w w:val="97"/>
                <w:lang w:val="ru-RU"/>
              </w:rPr>
              <w:t xml:space="preserve"> </w:t>
            </w:r>
            <w:proofErr w:type="spellStart"/>
            <w:r w:rsidRPr="00F41FED">
              <w:rPr>
                <w:rFonts w:ascii="Times New Roman" w:hAnsi="Times New Roman" w:cs="Times New Roman"/>
                <w:w w:val="97"/>
              </w:rPr>
              <w:t>работа</w:t>
            </w:r>
            <w:proofErr w:type="spellEnd"/>
            <w:r w:rsidRPr="00F41FED">
              <w:rPr>
                <w:rFonts w:ascii="Times New Roman" w:hAnsi="Times New Roman" w:cs="Times New Roman"/>
                <w:w w:val="97"/>
              </w:rPr>
              <w:t>;</w:t>
            </w:r>
          </w:p>
        </w:tc>
      </w:tr>
      <w:tr w:rsidR="00C17EC3" w:rsidRPr="00F41FED" w:rsidTr="00E3739D">
        <w:trPr>
          <w:trHeight w:hRule="exact" w:val="1055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900AB1">
            <w:pPr>
              <w:rPr>
                <w:rFonts w:ascii="Times New Roman" w:eastAsia="Times New Roman" w:hAnsi="Times New Roman" w:cs="Times New Roman"/>
                <w:w w:val="97"/>
                <w:lang w:val="ru-RU"/>
              </w:rPr>
            </w:pPr>
            <w:r w:rsidRPr="00F41FED">
              <w:rPr>
                <w:rFonts w:ascii="Times New Roman" w:eastAsia="Times New Roman" w:hAnsi="Times New Roman" w:cs="Times New Roman"/>
                <w:w w:val="97"/>
                <w:lang w:val="ru-RU"/>
              </w:rPr>
              <w:t>Конструкция и декор предметов народного быта и труда</w:t>
            </w:r>
            <w:r w:rsidRPr="00CC0949">
              <w:rPr>
                <w:rFonts w:ascii="Times New Roman" w:eastAsia="Times New Roman" w:hAnsi="Times New Roman" w:cs="Times New Roman"/>
                <w:i/>
                <w:w w:val="97"/>
                <w:lang w:val="ru-RU"/>
              </w:rPr>
              <w:t xml:space="preserve"> </w:t>
            </w:r>
            <w:r w:rsidR="0060276B" w:rsidRPr="00CC0949">
              <w:rPr>
                <w:rFonts w:ascii="Times New Roman" w:eastAsia="Times New Roman" w:hAnsi="Times New Roman" w:cs="Times New Roman"/>
                <w:i/>
                <w:w w:val="97"/>
                <w:lang w:val="ru-RU"/>
              </w:rPr>
              <w:t>Внутренний мир</w:t>
            </w:r>
            <w:r w:rsidR="00CC0949" w:rsidRPr="00CC0949">
              <w:rPr>
                <w:rFonts w:ascii="Times New Roman" w:eastAsia="Times New Roman" w:hAnsi="Times New Roman" w:cs="Times New Roman"/>
                <w:i/>
                <w:w w:val="97"/>
                <w:lang w:val="ru-RU"/>
              </w:rPr>
              <w:t xml:space="preserve"> башкирской юрт</w:t>
            </w:r>
            <w:proofErr w:type="gramStart"/>
            <w:r w:rsidR="00CC0949" w:rsidRPr="00CC0949">
              <w:rPr>
                <w:rFonts w:ascii="Times New Roman" w:eastAsia="Times New Roman" w:hAnsi="Times New Roman" w:cs="Times New Roman"/>
                <w:i/>
                <w:w w:val="97"/>
                <w:lang w:val="ru-RU"/>
              </w:rPr>
              <w:t>ы(</w:t>
            </w:r>
            <w:proofErr w:type="gramEnd"/>
            <w:r w:rsidR="00CC0949" w:rsidRPr="00CC0949">
              <w:rPr>
                <w:rFonts w:ascii="Times New Roman" w:eastAsia="Times New Roman" w:hAnsi="Times New Roman" w:cs="Times New Roman"/>
                <w:i/>
                <w:w w:val="97"/>
                <w:lang w:val="ru-RU"/>
              </w:rPr>
              <w:t>дома)</w:t>
            </w:r>
            <w:r w:rsidR="0060276B" w:rsidRPr="00CC0949">
              <w:rPr>
                <w:rFonts w:ascii="Times New Roman" w:eastAsia="Times New Roman" w:hAnsi="Times New Roman" w:cs="Times New Roman"/>
                <w:i/>
                <w:w w:val="97"/>
                <w:lang w:val="ru-RU"/>
              </w:rPr>
              <w:t>.</w:t>
            </w:r>
            <w:r w:rsidR="00CF2844" w:rsidRPr="00F41FED">
              <w:rPr>
                <w:rFonts w:ascii="Times New Roman" w:eastAsia="Times New Roman" w:hAnsi="Times New Roman" w:cs="Times New Roman"/>
                <w:w w:val="97"/>
                <w:lang w:val="ru-RU"/>
              </w:rPr>
              <w:t xml:space="preserve"> </w:t>
            </w:r>
          </w:p>
          <w:p w:rsidR="0060276B" w:rsidRPr="00F41FED" w:rsidRDefault="0060276B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 w:rsidP="005F4599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CF2844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1C5C78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C17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F2844" w:rsidRPr="00F41FED" w:rsidRDefault="00CF2844" w:rsidP="00CF2844">
            <w:pPr>
              <w:pStyle w:val="a9"/>
              <w:rPr>
                <w:rFonts w:ascii="Times New Roman" w:hAnsi="Times New Roman" w:cs="Times New Roman"/>
                <w:w w:val="97"/>
                <w:lang w:val="ru-RU"/>
              </w:rPr>
            </w:pPr>
            <w:r w:rsidRPr="00F41FED">
              <w:rPr>
                <w:rFonts w:ascii="Times New Roman" w:hAnsi="Times New Roman" w:cs="Times New Roman"/>
                <w:w w:val="97"/>
                <w:lang w:val="ru-RU"/>
              </w:rPr>
              <w:t>Устный опрос;</w:t>
            </w:r>
          </w:p>
          <w:p w:rsidR="00C17EC3" w:rsidRPr="00F41FED" w:rsidRDefault="00CF2844" w:rsidP="00CF2844">
            <w:pPr>
              <w:rPr>
                <w:rFonts w:ascii="Times New Roman" w:hAnsi="Times New Roman" w:cs="Times New Roman"/>
              </w:rPr>
            </w:pPr>
            <w:proofErr w:type="spellStart"/>
            <w:r w:rsidRPr="00F41FED">
              <w:rPr>
                <w:rFonts w:ascii="Times New Roman" w:hAnsi="Times New Roman" w:cs="Times New Roman"/>
                <w:w w:val="97"/>
              </w:rPr>
              <w:t>Практическая</w:t>
            </w:r>
            <w:proofErr w:type="spellEnd"/>
            <w:r w:rsidR="00585802" w:rsidRPr="00F41FED">
              <w:rPr>
                <w:rFonts w:ascii="Times New Roman" w:hAnsi="Times New Roman" w:cs="Times New Roman"/>
                <w:w w:val="97"/>
                <w:lang w:val="ru-RU"/>
              </w:rPr>
              <w:t xml:space="preserve"> </w:t>
            </w:r>
            <w:proofErr w:type="spellStart"/>
            <w:r w:rsidRPr="00F41FED">
              <w:rPr>
                <w:rFonts w:ascii="Times New Roman" w:hAnsi="Times New Roman" w:cs="Times New Roman"/>
                <w:w w:val="97"/>
              </w:rPr>
              <w:t>работа</w:t>
            </w:r>
            <w:proofErr w:type="spellEnd"/>
            <w:r w:rsidRPr="00F41FED">
              <w:rPr>
                <w:rFonts w:ascii="Times New Roman" w:hAnsi="Times New Roman" w:cs="Times New Roman"/>
                <w:w w:val="97"/>
              </w:rPr>
              <w:t>;</w:t>
            </w:r>
          </w:p>
        </w:tc>
      </w:tr>
      <w:tr w:rsidR="00C17EC3" w:rsidRPr="00900AB1" w:rsidTr="00E3739D">
        <w:trPr>
          <w:trHeight w:hRule="exact" w:val="985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2238B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lang w:val="ru-RU"/>
              </w:rPr>
              <w:t xml:space="preserve"> </w:t>
            </w:r>
            <w:r w:rsidR="00CF2844" w:rsidRPr="00F41FED">
              <w:rPr>
                <w:rFonts w:ascii="Times New Roman" w:eastAsia="Times New Roman" w:hAnsi="Times New Roman" w:cs="Times New Roman"/>
                <w:w w:val="97"/>
                <w:lang w:val="ru-RU"/>
              </w:rPr>
              <w:t>Искусство народной вышивки</w:t>
            </w:r>
            <w:r w:rsidR="00900AB1">
              <w:rPr>
                <w:rFonts w:ascii="Times New Roman" w:eastAsia="Times New Roman" w:hAnsi="Times New Roman" w:cs="Times New Roman"/>
                <w:w w:val="97"/>
                <w:lang w:val="ru-RU"/>
              </w:rPr>
              <w:t>.</w:t>
            </w:r>
            <w:r w:rsidR="00900AB1" w:rsidRPr="00F41FED">
              <w:rPr>
                <w:rFonts w:ascii="Times New Roman" w:eastAsia="Times New Roman" w:hAnsi="Times New Roman" w:cs="Times New Roman"/>
                <w:i/>
                <w:w w:val="97"/>
                <w:lang w:val="ru-RU"/>
              </w:rPr>
              <w:t xml:space="preserve"> Народный праздничный костюм башкир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900AB1" w:rsidRDefault="0060276B" w:rsidP="005F4599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00AB1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BA151F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1C5C78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900AB1" w:rsidRDefault="00C17EC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FB5" w:rsidRPr="00F41FED" w:rsidRDefault="004F1FB5" w:rsidP="004F1FB5">
            <w:pPr>
              <w:pStyle w:val="a9"/>
              <w:rPr>
                <w:rFonts w:ascii="Times New Roman" w:hAnsi="Times New Roman" w:cs="Times New Roman"/>
                <w:w w:val="97"/>
                <w:lang w:val="ru-RU"/>
              </w:rPr>
            </w:pPr>
            <w:r w:rsidRPr="00F41FED">
              <w:rPr>
                <w:rFonts w:ascii="Times New Roman" w:hAnsi="Times New Roman" w:cs="Times New Roman"/>
                <w:w w:val="97"/>
                <w:lang w:val="ru-RU"/>
              </w:rPr>
              <w:t>Устный опрос;</w:t>
            </w:r>
          </w:p>
          <w:p w:rsidR="00C17EC3" w:rsidRPr="00900AB1" w:rsidRDefault="004F1FB5" w:rsidP="004F1FB5">
            <w:pPr>
              <w:rPr>
                <w:rFonts w:ascii="Times New Roman" w:hAnsi="Times New Roman" w:cs="Times New Roman"/>
                <w:lang w:val="ru-RU"/>
              </w:rPr>
            </w:pPr>
            <w:r w:rsidRPr="00900AB1">
              <w:rPr>
                <w:rFonts w:ascii="Times New Roman" w:hAnsi="Times New Roman" w:cs="Times New Roman"/>
                <w:w w:val="97"/>
                <w:lang w:val="ru-RU"/>
              </w:rPr>
              <w:t>Практическая</w:t>
            </w:r>
            <w:r w:rsidR="00CC0949">
              <w:rPr>
                <w:rFonts w:ascii="Times New Roman" w:hAnsi="Times New Roman" w:cs="Times New Roman"/>
                <w:w w:val="97"/>
                <w:lang w:val="ru-RU"/>
              </w:rPr>
              <w:t xml:space="preserve"> </w:t>
            </w:r>
            <w:r w:rsidRPr="00900AB1">
              <w:rPr>
                <w:rFonts w:ascii="Times New Roman" w:hAnsi="Times New Roman" w:cs="Times New Roman"/>
                <w:w w:val="97"/>
                <w:lang w:val="ru-RU"/>
              </w:rPr>
              <w:t>работа;</w:t>
            </w:r>
          </w:p>
        </w:tc>
      </w:tr>
      <w:tr w:rsidR="00C17EC3" w:rsidRPr="00900AB1" w:rsidTr="00E3739D">
        <w:trPr>
          <w:trHeight w:hRule="exact" w:val="953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900AB1" w:rsidRDefault="0060276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00AB1">
              <w:rPr>
                <w:rFonts w:ascii="Times New Roman" w:eastAsia="Times New Roman" w:hAnsi="Times New Roman" w:cs="Times New Roman"/>
                <w:lang w:val="ru-RU"/>
              </w:rPr>
              <w:t>5.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CC094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lang w:val="ru-RU"/>
              </w:rPr>
              <w:t>Народные праздничные обряды</w:t>
            </w:r>
            <w:r w:rsidR="004F1FB5" w:rsidRPr="00F41FED">
              <w:rPr>
                <w:rFonts w:ascii="Times New Roman" w:eastAsia="Times New Roman" w:hAnsi="Times New Roman" w:cs="Times New Roman"/>
                <w:w w:val="97"/>
                <w:lang w:val="ru-RU"/>
              </w:rPr>
              <w:t>.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900AB1" w:rsidRDefault="0060276B" w:rsidP="005F4599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00AB1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BA151F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BA151F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900AB1" w:rsidRDefault="00C17EC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FB5" w:rsidRPr="00F41FED" w:rsidRDefault="004F1FB5" w:rsidP="004F1FB5">
            <w:pPr>
              <w:pStyle w:val="a9"/>
              <w:rPr>
                <w:rFonts w:ascii="Times New Roman" w:hAnsi="Times New Roman" w:cs="Times New Roman"/>
                <w:w w:val="97"/>
                <w:lang w:val="ru-RU"/>
              </w:rPr>
            </w:pPr>
            <w:r w:rsidRPr="00F41FED">
              <w:rPr>
                <w:rFonts w:ascii="Times New Roman" w:hAnsi="Times New Roman" w:cs="Times New Roman"/>
                <w:w w:val="97"/>
                <w:lang w:val="ru-RU"/>
              </w:rPr>
              <w:t>Устный опрос;</w:t>
            </w:r>
          </w:p>
          <w:p w:rsidR="00C17EC3" w:rsidRPr="00900AB1" w:rsidRDefault="004F1FB5" w:rsidP="004F1FB5">
            <w:pPr>
              <w:rPr>
                <w:rFonts w:ascii="Times New Roman" w:hAnsi="Times New Roman" w:cs="Times New Roman"/>
                <w:lang w:val="ru-RU"/>
              </w:rPr>
            </w:pPr>
            <w:r w:rsidRPr="00900AB1">
              <w:rPr>
                <w:rFonts w:ascii="Times New Roman" w:hAnsi="Times New Roman" w:cs="Times New Roman"/>
                <w:w w:val="97"/>
                <w:lang w:val="ru-RU"/>
              </w:rPr>
              <w:t>Практическая</w:t>
            </w:r>
            <w:r w:rsidR="00CC0949">
              <w:rPr>
                <w:rFonts w:ascii="Times New Roman" w:hAnsi="Times New Roman" w:cs="Times New Roman"/>
                <w:w w:val="97"/>
                <w:lang w:val="ru-RU"/>
              </w:rPr>
              <w:t xml:space="preserve"> </w:t>
            </w:r>
            <w:r w:rsidRPr="00900AB1">
              <w:rPr>
                <w:rFonts w:ascii="Times New Roman" w:hAnsi="Times New Roman" w:cs="Times New Roman"/>
                <w:w w:val="97"/>
                <w:lang w:val="ru-RU"/>
              </w:rPr>
              <w:t>работа;</w:t>
            </w:r>
          </w:p>
        </w:tc>
      </w:tr>
      <w:tr w:rsidR="00C17EC3" w:rsidRPr="00F41FED" w:rsidTr="00E3739D">
        <w:trPr>
          <w:trHeight w:hRule="exact" w:val="853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900AB1" w:rsidRDefault="0060276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900AB1">
              <w:rPr>
                <w:rFonts w:ascii="Times New Roman" w:eastAsia="Times New Roman" w:hAnsi="Times New Roman" w:cs="Times New Roman"/>
                <w:lang w:val="ru-RU"/>
              </w:rPr>
              <w:t>6.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373FB0" w:rsidRDefault="006E6BAC" w:rsidP="00373FB0">
            <w:pPr>
              <w:rPr>
                <w:rFonts w:ascii="Times New Roman" w:hAnsi="Times New Roman" w:cs="Times New Roman"/>
                <w:lang w:val="ru-RU"/>
              </w:rPr>
            </w:pPr>
            <w:r w:rsidRPr="00373FB0">
              <w:rPr>
                <w:rFonts w:ascii="Times New Roman" w:hAnsi="Times New Roman" w:cs="Times New Roman"/>
                <w:shd w:val="clear" w:color="auto" w:fill="F7F5F5"/>
                <w:lang w:val="ru-RU"/>
              </w:rPr>
              <w:t xml:space="preserve">Народные художественные промыслы. </w:t>
            </w:r>
            <w:r w:rsidR="000C38BE" w:rsidRPr="00373FB0">
              <w:rPr>
                <w:rFonts w:ascii="Times New Roman" w:hAnsi="Times New Roman" w:cs="Times New Roman"/>
                <w:shd w:val="clear" w:color="auto" w:fill="F7F5F5"/>
                <w:lang w:val="ru-RU"/>
              </w:rPr>
              <w:t>Роспись по дереву. Хохлома.</w:t>
            </w:r>
            <w:r w:rsidR="000C38BE" w:rsidRPr="00373FB0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 w:rsidP="005F4599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3E443A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1C5C78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C17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FB5" w:rsidRPr="00F41FED" w:rsidRDefault="004F1FB5" w:rsidP="004F1FB5">
            <w:pPr>
              <w:pStyle w:val="a9"/>
              <w:rPr>
                <w:rFonts w:ascii="Times New Roman" w:hAnsi="Times New Roman" w:cs="Times New Roman"/>
                <w:w w:val="97"/>
                <w:lang w:val="ru-RU"/>
              </w:rPr>
            </w:pPr>
            <w:r w:rsidRPr="00F41FED">
              <w:rPr>
                <w:rFonts w:ascii="Times New Roman" w:hAnsi="Times New Roman" w:cs="Times New Roman"/>
                <w:w w:val="97"/>
                <w:lang w:val="ru-RU"/>
              </w:rPr>
              <w:t>Устный опрос;</w:t>
            </w:r>
          </w:p>
          <w:p w:rsidR="00C17EC3" w:rsidRPr="00F41FED" w:rsidRDefault="004F1FB5" w:rsidP="004F1FB5">
            <w:pPr>
              <w:rPr>
                <w:rFonts w:ascii="Times New Roman" w:hAnsi="Times New Roman" w:cs="Times New Roman"/>
              </w:rPr>
            </w:pPr>
            <w:proofErr w:type="spellStart"/>
            <w:r w:rsidRPr="00F41FED">
              <w:rPr>
                <w:rFonts w:ascii="Times New Roman" w:hAnsi="Times New Roman" w:cs="Times New Roman"/>
                <w:w w:val="97"/>
              </w:rPr>
              <w:t>Практическая</w:t>
            </w:r>
            <w:proofErr w:type="spellEnd"/>
            <w:r w:rsidR="00585802" w:rsidRPr="00F41FED">
              <w:rPr>
                <w:rFonts w:ascii="Times New Roman" w:hAnsi="Times New Roman" w:cs="Times New Roman"/>
                <w:w w:val="97"/>
                <w:lang w:val="ru-RU"/>
              </w:rPr>
              <w:t xml:space="preserve"> </w:t>
            </w:r>
            <w:proofErr w:type="spellStart"/>
            <w:r w:rsidRPr="00F41FED">
              <w:rPr>
                <w:rFonts w:ascii="Times New Roman" w:hAnsi="Times New Roman" w:cs="Times New Roman"/>
                <w:w w:val="97"/>
              </w:rPr>
              <w:t>работа</w:t>
            </w:r>
            <w:proofErr w:type="spellEnd"/>
            <w:r w:rsidRPr="00F41FED">
              <w:rPr>
                <w:rFonts w:ascii="Times New Roman" w:hAnsi="Times New Roman" w:cs="Times New Roman"/>
                <w:w w:val="97"/>
              </w:rPr>
              <w:t>;</w:t>
            </w:r>
          </w:p>
        </w:tc>
      </w:tr>
      <w:tr w:rsidR="00C17EC3" w:rsidRPr="00F41FED" w:rsidTr="00E3739D">
        <w:trPr>
          <w:trHeight w:hRule="exact" w:val="993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E6BAC">
            <w:pPr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shd w:val="clear" w:color="auto" w:fill="F7F5F5"/>
              </w:rPr>
              <w:t> </w:t>
            </w:r>
            <w:r w:rsidR="000C38BE" w:rsidRPr="00F41FED">
              <w:rPr>
                <w:rFonts w:ascii="Times New Roman" w:eastAsia="Times New Roman" w:hAnsi="Times New Roman" w:cs="Times New Roman"/>
                <w:w w:val="97"/>
                <w:lang w:val="ru-RU"/>
              </w:rPr>
              <w:t>Искусство Гжели. Керамика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 w:rsidP="005F4599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5F4599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5F4599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C17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FB5" w:rsidRPr="00F41FED" w:rsidRDefault="004F1FB5" w:rsidP="004F1FB5">
            <w:pPr>
              <w:pStyle w:val="a9"/>
              <w:rPr>
                <w:rFonts w:ascii="Times New Roman" w:hAnsi="Times New Roman" w:cs="Times New Roman"/>
                <w:w w:val="97"/>
                <w:lang w:val="ru-RU"/>
              </w:rPr>
            </w:pPr>
            <w:r w:rsidRPr="00F41FED">
              <w:rPr>
                <w:rFonts w:ascii="Times New Roman" w:hAnsi="Times New Roman" w:cs="Times New Roman"/>
                <w:w w:val="97"/>
                <w:lang w:val="ru-RU"/>
              </w:rPr>
              <w:t>Устный опрос;</w:t>
            </w:r>
          </w:p>
          <w:p w:rsidR="00C17EC3" w:rsidRPr="00F41FED" w:rsidRDefault="004F1FB5" w:rsidP="004F1FB5">
            <w:pPr>
              <w:rPr>
                <w:rFonts w:ascii="Times New Roman" w:hAnsi="Times New Roman" w:cs="Times New Roman"/>
              </w:rPr>
            </w:pPr>
            <w:proofErr w:type="spellStart"/>
            <w:r w:rsidRPr="00F41FED">
              <w:rPr>
                <w:rFonts w:ascii="Times New Roman" w:hAnsi="Times New Roman" w:cs="Times New Roman"/>
                <w:w w:val="97"/>
              </w:rPr>
              <w:t>Практическая</w:t>
            </w:r>
            <w:proofErr w:type="spellEnd"/>
            <w:r w:rsidR="00585802" w:rsidRPr="00F41FED">
              <w:rPr>
                <w:rFonts w:ascii="Times New Roman" w:hAnsi="Times New Roman" w:cs="Times New Roman"/>
                <w:w w:val="97"/>
                <w:lang w:val="ru-RU"/>
              </w:rPr>
              <w:t xml:space="preserve"> </w:t>
            </w:r>
            <w:proofErr w:type="spellStart"/>
            <w:r w:rsidRPr="00F41FED">
              <w:rPr>
                <w:rFonts w:ascii="Times New Roman" w:hAnsi="Times New Roman" w:cs="Times New Roman"/>
                <w:w w:val="97"/>
              </w:rPr>
              <w:t>работа</w:t>
            </w:r>
            <w:proofErr w:type="spellEnd"/>
            <w:r w:rsidRPr="00F41FED">
              <w:rPr>
                <w:rFonts w:ascii="Times New Roman" w:hAnsi="Times New Roman" w:cs="Times New Roman"/>
                <w:w w:val="97"/>
              </w:rPr>
              <w:t>;</w:t>
            </w:r>
          </w:p>
        </w:tc>
      </w:tr>
      <w:tr w:rsidR="00C17EC3" w:rsidRPr="00F41FED" w:rsidTr="00E3739D">
        <w:trPr>
          <w:trHeight w:hRule="exact" w:val="85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7067FD" w:rsidRDefault="000C38BE" w:rsidP="007067FD">
            <w:pPr>
              <w:rPr>
                <w:rFonts w:ascii="Times New Roman" w:hAnsi="Times New Roman" w:cs="Times New Roman"/>
                <w:lang w:val="ru-RU"/>
              </w:rPr>
            </w:pPr>
            <w:r w:rsidRPr="007067FD">
              <w:rPr>
                <w:rFonts w:ascii="Times New Roman" w:hAnsi="Times New Roman" w:cs="Times New Roman"/>
                <w:shd w:val="clear" w:color="auto" w:fill="F7F5F5"/>
                <w:lang w:val="ru-RU"/>
              </w:rPr>
              <w:t xml:space="preserve">Городецкая роспись по дереву.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 w:rsidP="005F4599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5F4599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5F4599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C17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FB5" w:rsidRPr="00F41FED" w:rsidRDefault="004F1FB5" w:rsidP="004F1FB5">
            <w:pPr>
              <w:pStyle w:val="a9"/>
              <w:rPr>
                <w:rFonts w:ascii="Times New Roman" w:hAnsi="Times New Roman" w:cs="Times New Roman"/>
                <w:w w:val="97"/>
                <w:lang w:val="ru-RU"/>
              </w:rPr>
            </w:pPr>
            <w:r w:rsidRPr="00F41FED">
              <w:rPr>
                <w:rFonts w:ascii="Times New Roman" w:hAnsi="Times New Roman" w:cs="Times New Roman"/>
                <w:w w:val="97"/>
                <w:lang w:val="ru-RU"/>
              </w:rPr>
              <w:t>Устный опрос;</w:t>
            </w:r>
          </w:p>
          <w:p w:rsidR="00C17EC3" w:rsidRPr="00F41FED" w:rsidRDefault="004F1FB5" w:rsidP="004F1FB5">
            <w:pPr>
              <w:rPr>
                <w:rFonts w:ascii="Times New Roman" w:hAnsi="Times New Roman" w:cs="Times New Roman"/>
              </w:rPr>
            </w:pPr>
            <w:proofErr w:type="spellStart"/>
            <w:r w:rsidRPr="00F41FED">
              <w:rPr>
                <w:rFonts w:ascii="Times New Roman" w:hAnsi="Times New Roman" w:cs="Times New Roman"/>
                <w:w w:val="97"/>
              </w:rPr>
              <w:t>Практическая</w:t>
            </w:r>
            <w:proofErr w:type="spellEnd"/>
            <w:r w:rsidR="00585802" w:rsidRPr="00F41FED">
              <w:rPr>
                <w:rFonts w:ascii="Times New Roman" w:hAnsi="Times New Roman" w:cs="Times New Roman"/>
                <w:w w:val="97"/>
                <w:lang w:val="ru-RU"/>
              </w:rPr>
              <w:t xml:space="preserve"> </w:t>
            </w:r>
            <w:proofErr w:type="spellStart"/>
            <w:r w:rsidRPr="00F41FED">
              <w:rPr>
                <w:rFonts w:ascii="Times New Roman" w:hAnsi="Times New Roman" w:cs="Times New Roman"/>
                <w:w w:val="97"/>
              </w:rPr>
              <w:t>работа</w:t>
            </w:r>
            <w:proofErr w:type="spellEnd"/>
            <w:r w:rsidRPr="00F41FED">
              <w:rPr>
                <w:rFonts w:ascii="Times New Roman" w:hAnsi="Times New Roman" w:cs="Times New Roman"/>
                <w:w w:val="97"/>
              </w:rPr>
              <w:t>;</w:t>
            </w:r>
          </w:p>
        </w:tc>
      </w:tr>
      <w:tr w:rsidR="00C17EC3" w:rsidRPr="00F41FED" w:rsidTr="00E3739D">
        <w:trPr>
          <w:trHeight w:hRule="exact" w:val="798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0C38B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41FED">
              <w:rPr>
                <w:rFonts w:ascii="Times New Roman" w:eastAsia="Times New Roman" w:hAnsi="Times New Roman" w:cs="Times New Roman"/>
                <w:w w:val="97"/>
              </w:rPr>
              <w:t>Жостово</w:t>
            </w:r>
            <w:proofErr w:type="spellEnd"/>
            <w:r w:rsidRPr="00F41FED">
              <w:rPr>
                <w:rFonts w:ascii="Times New Roman" w:eastAsia="Times New Roman" w:hAnsi="Times New Roman" w:cs="Times New Roman"/>
                <w:w w:val="97"/>
              </w:rPr>
              <w:t xml:space="preserve">. </w:t>
            </w:r>
            <w:proofErr w:type="spellStart"/>
            <w:r w:rsidRPr="00F41FED">
              <w:rPr>
                <w:rFonts w:ascii="Times New Roman" w:eastAsia="Times New Roman" w:hAnsi="Times New Roman" w:cs="Times New Roman"/>
                <w:w w:val="97"/>
              </w:rPr>
              <w:t>Роспись</w:t>
            </w:r>
            <w:proofErr w:type="spellEnd"/>
            <w:r w:rsidR="007067FD">
              <w:rPr>
                <w:rFonts w:ascii="Times New Roman" w:eastAsia="Times New Roman" w:hAnsi="Times New Roman" w:cs="Times New Roman"/>
                <w:w w:val="97"/>
                <w:lang w:val="ru-RU"/>
              </w:rPr>
              <w:t xml:space="preserve"> </w:t>
            </w:r>
            <w:proofErr w:type="spellStart"/>
            <w:r w:rsidRPr="00F41FED">
              <w:rPr>
                <w:rFonts w:ascii="Times New Roman" w:eastAsia="Times New Roman" w:hAnsi="Times New Roman" w:cs="Times New Roman"/>
                <w:w w:val="97"/>
              </w:rPr>
              <w:t>по</w:t>
            </w:r>
            <w:proofErr w:type="spellEnd"/>
            <w:r w:rsidR="007067FD">
              <w:rPr>
                <w:rFonts w:ascii="Times New Roman" w:eastAsia="Times New Roman" w:hAnsi="Times New Roman" w:cs="Times New Roman"/>
                <w:w w:val="97"/>
                <w:lang w:val="ru-RU"/>
              </w:rPr>
              <w:t xml:space="preserve"> </w:t>
            </w:r>
            <w:proofErr w:type="spellStart"/>
            <w:r w:rsidRPr="00F41FED">
              <w:rPr>
                <w:rFonts w:ascii="Times New Roman" w:eastAsia="Times New Roman" w:hAnsi="Times New Roman" w:cs="Times New Roman"/>
                <w:w w:val="97"/>
              </w:rPr>
              <w:t>металлу</w:t>
            </w:r>
            <w:proofErr w:type="spellEnd"/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 w:rsidP="005F4599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5F4599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5F4599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C17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FB5" w:rsidRPr="00F41FED" w:rsidRDefault="004F1FB5" w:rsidP="004F1FB5">
            <w:pPr>
              <w:pStyle w:val="a9"/>
              <w:rPr>
                <w:rFonts w:ascii="Times New Roman" w:hAnsi="Times New Roman" w:cs="Times New Roman"/>
                <w:w w:val="97"/>
                <w:lang w:val="ru-RU"/>
              </w:rPr>
            </w:pPr>
            <w:r w:rsidRPr="00F41FED">
              <w:rPr>
                <w:rFonts w:ascii="Times New Roman" w:hAnsi="Times New Roman" w:cs="Times New Roman"/>
                <w:w w:val="97"/>
                <w:lang w:val="ru-RU"/>
              </w:rPr>
              <w:t>Устный опрос;</w:t>
            </w:r>
          </w:p>
          <w:p w:rsidR="00C17EC3" w:rsidRPr="00F41FED" w:rsidRDefault="004F1FB5" w:rsidP="004F1FB5">
            <w:pPr>
              <w:rPr>
                <w:rFonts w:ascii="Times New Roman" w:hAnsi="Times New Roman" w:cs="Times New Roman"/>
              </w:rPr>
            </w:pPr>
            <w:proofErr w:type="spellStart"/>
            <w:r w:rsidRPr="00F41FED">
              <w:rPr>
                <w:rFonts w:ascii="Times New Roman" w:hAnsi="Times New Roman" w:cs="Times New Roman"/>
                <w:w w:val="97"/>
              </w:rPr>
              <w:t>Практическая</w:t>
            </w:r>
            <w:proofErr w:type="spellEnd"/>
            <w:r w:rsidR="00633CCD">
              <w:rPr>
                <w:rFonts w:ascii="Times New Roman" w:hAnsi="Times New Roman" w:cs="Times New Roman"/>
                <w:w w:val="97"/>
                <w:lang w:val="ru-RU"/>
              </w:rPr>
              <w:t xml:space="preserve"> </w:t>
            </w:r>
            <w:proofErr w:type="spellStart"/>
            <w:r w:rsidRPr="00F41FED">
              <w:rPr>
                <w:rFonts w:ascii="Times New Roman" w:hAnsi="Times New Roman" w:cs="Times New Roman"/>
                <w:w w:val="97"/>
              </w:rPr>
              <w:t>работа</w:t>
            </w:r>
            <w:proofErr w:type="spellEnd"/>
            <w:r w:rsidRPr="00F41FED">
              <w:rPr>
                <w:rFonts w:ascii="Times New Roman" w:hAnsi="Times New Roman" w:cs="Times New Roman"/>
                <w:w w:val="97"/>
              </w:rPr>
              <w:t>;</w:t>
            </w:r>
          </w:p>
        </w:tc>
      </w:tr>
      <w:tr w:rsidR="00C17EC3" w:rsidRPr="00F41FED" w:rsidTr="00E3739D">
        <w:trPr>
          <w:trHeight w:hRule="exact" w:val="917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38BE" w:rsidRPr="00F41FED" w:rsidRDefault="000C38BE" w:rsidP="00F41FED">
            <w:pPr>
              <w:pStyle w:val="a9"/>
              <w:rPr>
                <w:rFonts w:ascii="Times New Roman" w:eastAsia="Times New Roman" w:hAnsi="Times New Roman" w:cs="Times New Roman"/>
                <w:w w:val="97"/>
                <w:lang w:val="ru-RU"/>
              </w:rPr>
            </w:pPr>
            <w:r w:rsidRPr="00F41FED">
              <w:rPr>
                <w:rFonts w:ascii="Times New Roman" w:eastAsia="Times New Roman" w:hAnsi="Times New Roman" w:cs="Times New Roman"/>
                <w:w w:val="97"/>
                <w:lang w:val="ru-RU"/>
              </w:rPr>
              <w:t xml:space="preserve">Искусство лаковой </w:t>
            </w:r>
            <w:proofErr w:type="spellStart"/>
            <w:r w:rsidRPr="00F41FED">
              <w:rPr>
                <w:rFonts w:ascii="Times New Roman" w:eastAsia="Times New Roman" w:hAnsi="Times New Roman" w:cs="Times New Roman"/>
                <w:w w:val="97"/>
                <w:lang w:val="ru-RU"/>
              </w:rPr>
              <w:t>жи</w:t>
            </w:r>
            <w:proofErr w:type="spellEnd"/>
            <w:r w:rsidRPr="00F41FED">
              <w:rPr>
                <w:rFonts w:ascii="Times New Roman" w:eastAsia="Times New Roman" w:hAnsi="Times New Roman" w:cs="Times New Roman"/>
                <w:w w:val="97"/>
                <w:lang w:val="ru-RU"/>
              </w:rPr>
              <w:t>​</w:t>
            </w:r>
            <w:proofErr w:type="spellStart"/>
            <w:r w:rsidRPr="00F41FED">
              <w:rPr>
                <w:rFonts w:ascii="Times New Roman" w:eastAsia="Times New Roman" w:hAnsi="Times New Roman" w:cs="Times New Roman"/>
                <w:w w:val="97"/>
                <w:lang w:val="ru-RU"/>
              </w:rPr>
              <w:t>вописи</w:t>
            </w:r>
            <w:proofErr w:type="spellEnd"/>
            <w:proofErr w:type="gramStart"/>
            <w:r w:rsidRPr="00F41FED">
              <w:rPr>
                <w:rFonts w:ascii="Times New Roman" w:eastAsia="Times New Roman" w:hAnsi="Times New Roman" w:cs="Times New Roman"/>
                <w:w w:val="97"/>
                <w:lang w:val="ru-RU"/>
              </w:rPr>
              <w:t xml:space="preserve"> :</w:t>
            </w:r>
            <w:proofErr w:type="gramEnd"/>
            <w:r w:rsidRPr="00F41FED">
              <w:rPr>
                <w:rFonts w:ascii="Times New Roman" w:eastAsia="Times New Roman" w:hAnsi="Times New Roman" w:cs="Times New Roman"/>
                <w:w w:val="97"/>
                <w:lang w:val="ru-RU"/>
              </w:rPr>
              <w:t xml:space="preserve">  </w:t>
            </w:r>
            <w:r w:rsidRPr="00373FB0">
              <w:rPr>
                <w:rFonts w:ascii="Times New Roman" w:hAnsi="Times New Roman" w:cs="Times New Roman"/>
                <w:lang w:val="ru-RU"/>
              </w:rPr>
              <w:t>Палех, Федоскино, Холуй</w:t>
            </w:r>
            <w:proofErr w:type="gramStart"/>
            <w:r w:rsidRPr="00373FB0">
              <w:rPr>
                <w:rFonts w:ascii="Times New Roman" w:hAnsi="Times New Roman" w:cs="Times New Roman"/>
                <w:lang w:val="ru-RU"/>
              </w:rPr>
              <w:t xml:space="preserve"> ,</w:t>
            </w:r>
            <w:proofErr w:type="gramEnd"/>
            <w:r w:rsidRPr="00373FB0">
              <w:rPr>
                <w:rFonts w:ascii="Times New Roman" w:hAnsi="Times New Roman" w:cs="Times New Roman"/>
                <w:lang w:val="ru-RU"/>
              </w:rPr>
              <w:t>Мстёра.</w:t>
            </w:r>
            <w:r w:rsidR="004F1FB5" w:rsidRPr="00373FB0">
              <w:rPr>
                <w:rFonts w:ascii="Times New Roman" w:hAnsi="Times New Roman" w:cs="Times New Roman"/>
                <w:lang w:val="ru-RU"/>
              </w:rPr>
              <w:t xml:space="preserve"> Создание композиции на сказочный сюжет по мотивам лаковых миниатюр</w:t>
            </w:r>
          </w:p>
          <w:p w:rsidR="000C38BE" w:rsidRPr="00F41FED" w:rsidRDefault="000C38BE" w:rsidP="000C38BE">
            <w:pPr>
              <w:rPr>
                <w:rFonts w:ascii="Times New Roman" w:hAnsi="Times New Roman" w:cs="Times New Roman"/>
                <w:shd w:val="clear" w:color="auto" w:fill="F7F5F5"/>
                <w:lang w:val="ru-RU"/>
              </w:rPr>
            </w:pPr>
          </w:p>
          <w:p w:rsidR="00C17EC3" w:rsidRPr="00F41FED" w:rsidRDefault="00C17EC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 w:rsidP="005F4599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5F4599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5F4599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C17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FB5" w:rsidRPr="00F41FED" w:rsidRDefault="004F1FB5" w:rsidP="004F1FB5">
            <w:pPr>
              <w:pStyle w:val="a9"/>
              <w:rPr>
                <w:rFonts w:ascii="Times New Roman" w:hAnsi="Times New Roman" w:cs="Times New Roman"/>
                <w:w w:val="97"/>
                <w:lang w:val="ru-RU"/>
              </w:rPr>
            </w:pPr>
            <w:r w:rsidRPr="00F41FED">
              <w:rPr>
                <w:rFonts w:ascii="Times New Roman" w:hAnsi="Times New Roman" w:cs="Times New Roman"/>
                <w:w w:val="97"/>
                <w:lang w:val="ru-RU"/>
              </w:rPr>
              <w:t>Устный опрос;</w:t>
            </w:r>
          </w:p>
          <w:p w:rsidR="00C17EC3" w:rsidRPr="00F41FED" w:rsidRDefault="004F1FB5" w:rsidP="004F1FB5">
            <w:pPr>
              <w:rPr>
                <w:rFonts w:ascii="Times New Roman" w:hAnsi="Times New Roman" w:cs="Times New Roman"/>
              </w:rPr>
            </w:pPr>
            <w:proofErr w:type="spellStart"/>
            <w:r w:rsidRPr="00F41FED">
              <w:rPr>
                <w:rFonts w:ascii="Times New Roman" w:hAnsi="Times New Roman" w:cs="Times New Roman"/>
                <w:w w:val="97"/>
              </w:rPr>
              <w:t>Практическая</w:t>
            </w:r>
            <w:proofErr w:type="spellEnd"/>
            <w:r w:rsidR="00585802" w:rsidRPr="00F41FED">
              <w:rPr>
                <w:rFonts w:ascii="Times New Roman" w:hAnsi="Times New Roman" w:cs="Times New Roman"/>
                <w:w w:val="97"/>
                <w:lang w:val="ru-RU"/>
              </w:rPr>
              <w:t xml:space="preserve"> </w:t>
            </w:r>
            <w:proofErr w:type="spellStart"/>
            <w:r w:rsidRPr="00F41FED">
              <w:rPr>
                <w:rFonts w:ascii="Times New Roman" w:hAnsi="Times New Roman" w:cs="Times New Roman"/>
                <w:w w:val="97"/>
              </w:rPr>
              <w:t>работа</w:t>
            </w:r>
            <w:proofErr w:type="spellEnd"/>
            <w:r w:rsidRPr="00F41FED">
              <w:rPr>
                <w:rFonts w:ascii="Times New Roman" w:hAnsi="Times New Roman" w:cs="Times New Roman"/>
                <w:w w:val="97"/>
              </w:rPr>
              <w:t>;</w:t>
            </w:r>
          </w:p>
        </w:tc>
      </w:tr>
      <w:tr w:rsidR="00C17EC3" w:rsidRPr="00F41FED" w:rsidTr="00E3739D">
        <w:trPr>
          <w:trHeight w:hRule="exact" w:val="829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F2844" w:rsidRPr="00F41FED" w:rsidRDefault="004F1FB5" w:rsidP="000C38BE">
            <w:pPr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b/>
                <w:lang w:val="ru-RU"/>
              </w:rPr>
              <w:t>Контрольн</w:t>
            </w:r>
            <w:r w:rsidR="005F4599" w:rsidRPr="00F41FED">
              <w:rPr>
                <w:rFonts w:ascii="Times New Roman" w:hAnsi="Times New Roman" w:cs="Times New Roman"/>
                <w:b/>
                <w:lang w:val="ru-RU"/>
              </w:rPr>
              <w:t xml:space="preserve">ое </w:t>
            </w:r>
            <w:r w:rsidRPr="00F41FED">
              <w:rPr>
                <w:rFonts w:ascii="Times New Roman" w:hAnsi="Times New Roman" w:cs="Times New Roman"/>
                <w:b/>
                <w:lang w:val="ru-RU"/>
              </w:rPr>
              <w:t xml:space="preserve"> тестирование</w:t>
            </w:r>
            <w:r w:rsidR="00F41FED" w:rsidRPr="00F41FED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F41FED">
              <w:rPr>
                <w:rFonts w:ascii="Times New Roman" w:hAnsi="Times New Roman" w:cs="Times New Roman"/>
                <w:b/>
                <w:lang w:val="ru-RU"/>
              </w:rPr>
              <w:t>по  разделам</w:t>
            </w:r>
            <w:r w:rsidRPr="00F41FED">
              <w:rPr>
                <w:rFonts w:ascii="Times New Roman" w:eastAsia="Times New Roman" w:hAnsi="Times New Roman" w:cs="Times New Roman"/>
                <w:b/>
                <w:w w:val="97"/>
                <w:sz w:val="16"/>
                <w:lang w:val="ru-RU"/>
              </w:rPr>
              <w:t xml:space="preserve"> «</w:t>
            </w:r>
            <w:r w:rsidRPr="00F41FED">
              <w:rPr>
                <w:rFonts w:ascii="Times New Roman" w:eastAsia="Times New Roman" w:hAnsi="Times New Roman" w:cs="Times New Roman"/>
                <w:b/>
                <w:w w:val="97"/>
                <w:lang w:val="ru-RU"/>
              </w:rPr>
              <w:t>Древние корни народного искусства», «Народные художественные промыслы</w:t>
            </w:r>
            <w:r w:rsidRPr="00F41FED">
              <w:rPr>
                <w:rFonts w:ascii="Times New Roman" w:eastAsia="Times New Roman" w:hAnsi="Times New Roman" w:cs="Times New Roman"/>
                <w:w w:val="97"/>
                <w:lang w:val="ru-RU"/>
              </w:rPr>
              <w:t>»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BA151F" w:rsidP="005F4599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5F4599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5F4599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C17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CF2844">
            <w:pPr>
              <w:rPr>
                <w:rFonts w:ascii="Times New Roman" w:hAnsi="Times New Roman" w:cs="Times New Roman"/>
              </w:rPr>
            </w:pPr>
            <w:proofErr w:type="spellStart"/>
            <w:r w:rsidRPr="00F41FED">
              <w:rPr>
                <w:rFonts w:ascii="Times New Roman" w:hAnsi="Times New Roman" w:cs="Times New Roman"/>
              </w:rPr>
              <w:t>Контрольная</w:t>
            </w:r>
            <w:proofErr w:type="spellEnd"/>
            <w:r w:rsidR="00585802" w:rsidRPr="00F41FE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41FED">
              <w:rPr>
                <w:rFonts w:ascii="Times New Roman" w:hAnsi="Times New Roman" w:cs="Times New Roman"/>
              </w:rPr>
              <w:t>работа;</w:t>
            </w:r>
            <w:r w:rsidRPr="00F41FED">
              <w:rPr>
                <w:rFonts w:ascii="Times New Roman" w:hAnsi="Times New Roman" w:cs="Times New Roman"/>
                <w:spacing w:val="-1"/>
              </w:rPr>
              <w:t>Тестирование</w:t>
            </w:r>
            <w:proofErr w:type="spellEnd"/>
          </w:p>
        </w:tc>
      </w:tr>
      <w:tr w:rsidR="00BA151F" w:rsidRPr="008C2E24" w:rsidTr="00E3739D">
        <w:trPr>
          <w:trHeight w:hRule="exact" w:val="855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151F" w:rsidRPr="00F41FED" w:rsidRDefault="00BA151F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1FED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12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151F" w:rsidRPr="008C2E24" w:rsidRDefault="008C2E24" w:rsidP="000C38BE">
            <w:pPr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</w:pPr>
            <w:r w:rsidRPr="008C2E24">
              <w:rPr>
                <w:rFonts w:ascii="Times New Roman" w:eastAsia="Times New Roman" w:hAnsi="Times New Roman" w:cs="Times New Roman"/>
                <w:w w:val="97"/>
                <w:lang w:val="ru-RU"/>
              </w:rPr>
              <w:t>Роль декоративно-прикладного искусства в культуре древних цивилизаций.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310CE8">
              <w:rPr>
                <w:rFonts w:ascii="Times New Roman" w:hAnsi="Times New Roman" w:cs="Times New Roman"/>
                <w:lang w:val="ru-RU"/>
              </w:rPr>
              <w:t xml:space="preserve">Украшения Древнего Египта. </w:t>
            </w:r>
            <w:r w:rsidR="00310CE8" w:rsidRPr="002238BD">
              <w:rPr>
                <w:rFonts w:ascii="Times New Roman" w:hAnsi="Times New Roman" w:cs="Times New Roman"/>
                <w:b/>
                <w:lang w:val="ru-RU"/>
              </w:rPr>
              <w:t>Проверочная работа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151F" w:rsidRPr="00F41FED" w:rsidRDefault="00AC4110" w:rsidP="005F4599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F41FED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151F" w:rsidRPr="00F41FED" w:rsidRDefault="005F4599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151F" w:rsidRPr="00F41FED" w:rsidRDefault="005F4599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151F" w:rsidRPr="00F41FED" w:rsidRDefault="00BA151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151F" w:rsidRPr="00F41FED" w:rsidRDefault="004F1FB5" w:rsidP="00633CCD">
            <w:pPr>
              <w:rPr>
                <w:rFonts w:ascii="Times New Roman" w:hAnsi="Times New Roman" w:cs="Times New Roman"/>
                <w:lang w:val="ru-RU"/>
              </w:rPr>
            </w:pPr>
            <w:r w:rsidRPr="008C2E24">
              <w:rPr>
                <w:rFonts w:ascii="Times New Roman" w:hAnsi="Times New Roman" w:cs="Times New Roman"/>
                <w:w w:val="97"/>
                <w:lang w:val="ru-RU"/>
              </w:rPr>
              <w:t>Пр</w:t>
            </w:r>
            <w:r w:rsidR="00633CCD">
              <w:rPr>
                <w:rFonts w:ascii="Times New Roman" w:hAnsi="Times New Roman" w:cs="Times New Roman"/>
                <w:w w:val="97"/>
                <w:lang w:val="ru-RU"/>
              </w:rPr>
              <w:t xml:space="preserve">оверочная </w:t>
            </w:r>
            <w:r w:rsidR="00CC0949">
              <w:rPr>
                <w:rFonts w:ascii="Times New Roman" w:hAnsi="Times New Roman" w:cs="Times New Roman"/>
                <w:w w:val="97"/>
                <w:lang w:val="ru-RU"/>
              </w:rPr>
              <w:t xml:space="preserve"> </w:t>
            </w:r>
            <w:r w:rsidRPr="008C2E24">
              <w:rPr>
                <w:rFonts w:ascii="Times New Roman" w:hAnsi="Times New Roman" w:cs="Times New Roman"/>
                <w:w w:val="97"/>
                <w:lang w:val="ru-RU"/>
              </w:rPr>
              <w:t>работа;</w:t>
            </w:r>
          </w:p>
        </w:tc>
      </w:tr>
      <w:tr w:rsidR="00C17EC3" w:rsidRPr="00F41FED" w:rsidTr="008C2E24">
        <w:trPr>
          <w:trHeight w:hRule="exact" w:val="1426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8C2E24" w:rsidRDefault="0060276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2E24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BA151F" w:rsidRPr="00F41FED"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Pr="008C2E24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2E24" w:rsidRDefault="008C2E24" w:rsidP="000C3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8C2E2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Характерные особенности одежды для культуры разных эпох и народов. </w:t>
            </w:r>
          </w:p>
          <w:p w:rsidR="000C38BE" w:rsidRPr="00F41FED" w:rsidRDefault="000C38BE" w:rsidP="000C38BE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Костюм эпохи барокко.</w:t>
            </w:r>
          </w:p>
          <w:p w:rsidR="000C38BE" w:rsidRPr="00F41FED" w:rsidRDefault="000C38BE" w:rsidP="000C38BE">
            <w:pPr>
              <w:spacing w:after="0"/>
              <w:rPr>
                <w:rFonts w:ascii="Times New Roman" w:hAnsi="Times New Roman" w:cs="Times New Roman"/>
                <w:shd w:val="clear" w:color="auto" w:fill="F7F5F5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Выполнение эскизов мужского и женского костюмов</w:t>
            </w:r>
            <w:r w:rsidRPr="00F41FED">
              <w:rPr>
                <w:rFonts w:ascii="Times New Roman" w:hAnsi="Times New Roman" w:cs="Times New Roman"/>
                <w:shd w:val="clear" w:color="auto" w:fill="F7F5F5"/>
              </w:rPr>
              <w:t> </w:t>
            </w:r>
          </w:p>
          <w:p w:rsidR="00C17EC3" w:rsidRPr="00F41FED" w:rsidRDefault="00C17EC3" w:rsidP="00207F13">
            <w:pPr>
              <w:spacing w:after="0"/>
              <w:rPr>
                <w:rFonts w:ascii="Times New Roman" w:hAnsi="Times New Roman" w:cs="Times New Roman"/>
                <w:shd w:val="clear" w:color="auto" w:fill="F7F5F5"/>
                <w:lang w:val="ru-RU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 w:rsidP="005F4599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5F4599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5F4599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C17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FB5" w:rsidRPr="00F41FED" w:rsidRDefault="004F1FB5" w:rsidP="004F1FB5">
            <w:pPr>
              <w:pStyle w:val="a9"/>
              <w:rPr>
                <w:rFonts w:ascii="Times New Roman" w:hAnsi="Times New Roman" w:cs="Times New Roman"/>
                <w:w w:val="97"/>
                <w:lang w:val="ru-RU"/>
              </w:rPr>
            </w:pPr>
            <w:r w:rsidRPr="00F41FED">
              <w:rPr>
                <w:rFonts w:ascii="Times New Roman" w:hAnsi="Times New Roman" w:cs="Times New Roman"/>
                <w:w w:val="97"/>
                <w:lang w:val="ru-RU"/>
              </w:rPr>
              <w:t>Устный опрос;</w:t>
            </w:r>
          </w:p>
          <w:p w:rsidR="00C17EC3" w:rsidRPr="00F41FED" w:rsidRDefault="004F1FB5" w:rsidP="004F1FB5">
            <w:pPr>
              <w:rPr>
                <w:rFonts w:ascii="Times New Roman" w:hAnsi="Times New Roman" w:cs="Times New Roman"/>
              </w:rPr>
            </w:pPr>
            <w:proofErr w:type="spellStart"/>
            <w:r w:rsidRPr="00F41FED">
              <w:rPr>
                <w:rFonts w:ascii="Times New Roman" w:hAnsi="Times New Roman" w:cs="Times New Roman"/>
                <w:w w:val="97"/>
              </w:rPr>
              <w:t>Практическая</w:t>
            </w:r>
            <w:proofErr w:type="spellEnd"/>
            <w:r w:rsidR="00CC0949">
              <w:rPr>
                <w:rFonts w:ascii="Times New Roman" w:hAnsi="Times New Roman" w:cs="Times New Roman"/>
                <w:w w:val="97"/>
                <w:lang w:val="ru-RU"/>
              </w:rPr>
              <w:t xml:space="preserve"> </w:t>
            </w:r>
            <w:proofErr w:type="spellStart"/>
            <w:r w:rsidRPr="00F41FED">
              <w:rPr>
                <w:rFonts w:ascii="Times New Roman" w:hAnsi="Times New Roman" w:cs="Times New Roman"/>
                <w:w w:val="97"/>
              </w:rPr>
              <w:t>работа</w:t>
            </w:r>
            <w:proofErr w:type="spellEnd"/>
            <w:r w:rsidRPr="00F41FED">
              <w:rPr>
                <w:rFonts w:ascii="Times New Roman" w:hAnsi="Times New Roman" w:cs="Times New Roman"/>
                <w:w w:val="97"/>
              </w:rPr>
              <w:t>;</w:t>
            </w:r>
          </w:p>
          <w:p w:rsidR="00AC4110" w:rsidRPr="00F41FED" w:rsidRDefault="00AC4110">
            <w:pPr>
              <w:rPr>
                <w:rFonts w:ascii="Times New Roman" w:hAnsi="Times New Roman" w:cs="Times New Roman"/>
              </w:rPr>
            </w:pPr>
          </w:p>
          <w:p w:rsidR="00AC4110" w:rsidRPr="00F41FED" w:rsidRDefault="00AC4110">
            <w:pPr>
              <w:rPr>
                <w:rFonts w:ascii="Times New Roman" w:hAnsi="Times New Roman" w:cs="Times New Roman"/>
              </w:rPr>
            </w:pPr>
          </w:p>
        </w:tc>
      </w:tr>
      <w:tr w:rsidR="00C17EC3" w:rsidRPr="00F41FED" w:rsidTr="00CC0949">
        <w:trPr>
          <w:trHeight w:hRule="exact" w:val="884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1</w:t>
            </w:r>
            <w:r w:rsidR="00BA151F" w:rsidRPr="00F41FED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F41FE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C2E24" w:rsidRPr="003D6A01" w:rsidRDefault="008C2E24" w:rsidP="008C2E24">
            <w:pPr>
              <w:autoSpaceDE w:val="0"/>
              <w:autoSpaceDN w:val="0"/>
              <w:spacing w:after="0" w:line="230" w:lineRule="auto"/>
              <w:ind w:left="180"/>
              <w:rPr>
                <w:rFonts w:ascii="Times New Roman" w:hAnsi="Times New Roman" w:cs="Times New Roman"/>
                <w:i/>
                <w:lang w:val="ru-RU"/>
              </w:rPr>
            </w:pPr>
            <w:r w:rsidRPr="003D6A01">
              <w:rPr>
                <w:rFonts w:ascii="Times New Roman" w:eastAsia="Times New Roman" w:hAnsi="Times New Roman" w:cs="Times New Roman"/>
                <w:w w:val="97"/>
                <w:lang w:val="ru-RU"/>
              </w:rPr>
              <w:t>Символический знак в современной жизни</w:t>
            </w:r>
            <w:r w:rsidRPr="003D6A01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</w:p>
          <w:p w:rsidR="00C17EC3" w:rsidRPr="00F41FED" w:rsidRDefault="000C38BE" w:rsidP="00207F1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О чем рассказывают нам гербы и эмблемы.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 w:rsidP="005F4599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5F4599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5F4599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C17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FB5" w:rsidRPr="00F41FED" w:rsidRDefault="004F1FB5" w:rsidP="004F1FB5">
            <w:pPr>
              <w:pStyle w:val="a9"/>
              <w:rPr>
                <w:rFonts w:ascii="Times New Roman" w:hAnsi="Times New Roman" w:cs="Times New Roman"/>
                <w:w w:val="97"/>
                <w:lang w:val="ru-RU"/>
              </w:rPr>
            </w:pPr>
            <w:r w:rsidRPr="00F41FED">
              <w:rPr>
                <w:rFonts w:ascii="Times New Roman" w:hAnsi="Times New Roman" w:cs="Times New Roman"/>
                <w:w w:val="97"/>
                <w:lang w:val="ru-RU"/>
              </w:rPr>
              <w:t>Устный опрос;</w:t>
            </w:r>
          </w:p>
          <w:p w:rsidR="00C17EC3" w:rsidRPr="00F41FED" w:rsidRDefault="004F1FB5" w:rsidP="004F1FB5">
            <w:pPr>
              <w:rPr>
                <w:rFonts w:ascii="Times New Roman" w:hAnsi="Times New Roman" w:cs="Times New Roman"/>
              </w:rPr>
            </w:pPr>
            <w:proofErr w:type="spellStart"/>
            <w:r w:rsidRPr="00F41FED">
              <w:rPr>
                <w:rFonts w:ascii="Times New Roman" w:hAnsi="Times New Roman" w:cs="Times New Roman"/>
                <w:w w:val="97"/>
              </w:rPr>
              <w:t>Практическая</w:t>
            </w:r>
            <w:proofErr w:type="spellEnd"/>
            <w:r w:rsidR="00CC0949">
              <w:rPr>
                <w:rFonts w:ascii="Times New Roman" w:hAnsi="Times New Roman" w:cs="Times New Roman"/>
                <w:w w:val="97"/>
                <w:lang w:val="ru-RU"/>
              </w:rPr>
              <w:t xml:space="preserve"> </w:t>
            </w:r>
            <w:proofErr w:type="spellStart"/>
            <w:r w:rsidRPr="00F41FED">
              <w:rPr>
                <w:rFonts w:ascii="Times New Roman" w:hAnsi="Times New Roman" w:cs="Times New Roman"/>
                <w:w w:val="97"/>
              </w:rPr>
              <w:t>работа</w:t>
            </w:r>
            <w:proofErr w:type="spellEnd"/>
            <w:r w:rsidRPr="00F41FED">
              <w:rPr>
                <w:rFonts w:ascii="Times New Roman" w:hAnsi="Times New Roman" w:cs="Times New Roman"/>
                <w:w w:val="97"/>
              </w:rPr>
              <w:t>;</w:t>
            </w:r>
          </w:p>
        </w:tc>
      </w:tr>
      <w:tr w:rsidR="00C17EC3" w:rsidRPr="00F41FED" w:rsidTr="00E3739D">
        <w:trPr>
          <w:trHeight w:hRule="exact" w:val="866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1</w:t>
            </w:r>
            <w:r w:rsidR="00BA151F" w:rsidRPr="00F41FED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F41FE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38BE" w:rsidRPr="00F41FED" w:rsidRDefault="000C38BE" w:rsidP="000C38BE">
            <w:pPr>
              <w:autoSpaceDE w:val="0"/>
              <w:autoSpaceDN w:val="0"/>
              <w:spacing w:after="0" w:line="230" w:lineRule="auto"/>
              <w:ind w:left="180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Современное выставочное искусство.</w:t>
            </w:r>
            <w:r w:rsidRPr="00F41FE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Декоративные украшения предметов нашего быта и одежды.</w:t>
            </w:r>
          </w:p>
          <w:p w:rsidR="00C17EC3" w:rsidRPr="00F41FED" w:rsidRDefault="00C17EC3" w:rsidP="00853F1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 w:rsidP="005F4599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5F4599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5F4599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C17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FB5" w:rsidRPr="00F41FED" w:rsidRDefault="004F1FB5" w:rsidP="004F1FB5">
            <w:pPr>
              <w:pStyle w:val="a9"/>
              <w:rPr>
                <w:rFonts w:ascii="Times New Roman" w:hAnsi="Times New Roman" w:cs="Times New Roman"/>
                <w:w w:val="97"/>
                <w:lang w:val="ru-RU"/>
              </w:rPr>
            </w:pPr>
            <w:r w:rsidRPr="00F41FED">
              <w:rPr>
                <w:rFonts w:ascii="Times New Roman" w:hAnsi="Times New Roman" w:cs="Times New Roman"/>
                <w:w w:val="97"/>
                <w:lang w:val="ru-RU"/>
              </w:rPr>
              <w:t>Устный опрос;</w:t>
            </w:r>
          </w:p>
          <w:p w:rsidR="00C17EC3" w:rsidRPr="00F41FED" w:rsidRDefault="004F1FB5" w:rsidP="004F1FB5">
            <w:pPr>
              <w:rPr>
                <w:rFonts w:ascii="Times New Roman" w:hAnsi="Times New Roman" w:cs="Times New Roman"/>
              </w:rPr>
            </w:pPr>
            <w:proofErr w:type="spellStart"/>
            <w:r w:rsidRPr="00F41FED">
              <w:rPr>
                <w:rFonts w:ascii="Times New Roman" w:hAnsi="Times New Roman" w:cs="Times New Roman"/>
                <w:w w:val="97"/>
              </w:rPr>
              <w:t>Практическая</w:t>
            </w:r>
            <w:proofErr w:type="spellEnd"/>
            <w:r w:rsidR="00CC0949">
              <w:rPr>
                <w:rFonts w:ascii="Times New Roman" w:hAnsi="Times New Roman" w:cs="Times New Roman"/>
                <w:w w:val="97"/>
                <w:lang w:val="ru-RU"/>
              </w:rPr>
              <w:t xml:space="preserve"> </w:t>
            </w:r>
            <w:proofErr w:type="spellStart"/>
            <w:r w:rsidRPr="00F41FED">
              <w:rPr>
                <w:rFonts w:ascii="Times New Roman" w:hAnsi="Times New Roman" w:cs="Times New Roman"/>
                <w:w w:val="97"/>
              </w:rPr>
              <w:t>работа</w:t>
            </w:r>
            <w:proofErr w:type="spellEnd"/>
            <w:r w:rsidRPr="00F41FED">
              <w:rPr>
                <w:rFonts w:ascii="Times New Roman" w:hAnsi="Times New Roman" w:cs="Times New Roman"/>
                <w:w w:val="97"/>
              </w:rPr>
              <w:t>;</w:t>
            </w:r>
          </w:p>
        </w:tc>
      </w:tr>
      <w:tr w:rsidR="00C17EC3" w:rsidRPr="00F41FED" w:rsidTr="00E3739D">
        <w:trPr>
          <w:trHeight w:hRule="exact" w:val="985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1</w:t>
            </w:r>
            <w:r w:rsidR="00BA151F" w:rsidRPr="00F41FED"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 w:rsidRPr="00F41FE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7067FD" w:rsidRDefault="008C2E24" w:rsidP="000C38BE">
            <w:pPr>
              <w:autoSpaceDE w:val="0"/>
              <w:autoSpaceDN w:val="0"/>
              <w:spacing w:after="0" w:line="230" w:lineRule="auto"/>
              <w:ind w:left="180"/>
              <w:rPr>
                <w:rFonts w:ascii="Times New Roman" w:hAnsi="Times New Roman" w:cs="Times New Roman"/>
                <w:i/>
                <w:lang w:val="ru-RU"/>
              </w:rPr>
            </w:pPr>
            <w:r w:rsidRPr="00E3739D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/>
              </w:rPr>
              <w:t>Особенности орнамента в культурах разных народов</w:t>
            </w:r>
            <w:r w:rsidRPr="007067FD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="000C38BE" w:rsidRPr="007067FD">
              <w:rPr>
                <w:rFonts w:ascii="Times New Roman" w:hAnsi="Times New Roman" w:cs="Times New Roman"/>
                <w:i/>
                <w:lang w:val="ru-RU"/>
              </w:rPr>
              <w:t>Древние образы в современном декоративном искусстве Башкортостана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 w:rsidP="005F4599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F4599" w:rsidRPr="00F41FED" w:rsidRDefault="005F4599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5F4599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C17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F1FB5" w:rsidRPr="00F41FED" w:rsidRDefault="004F1FB5" w:rsidP="004F1FB5">
            <w:pPr>
              <w:pStyle w:val="a9"/>
              <w:rPr>
                <w:rFonts w:ascii="Times New Roman" w:hAnsi="Times New Roman" w:cs="Times New Roman"/>
                <w:w w:val="97"/>
                <w:lang w:val="ru-RU"/>
              </w:rPr>
            </w:pPr>
            <w:r w:rsidRPr="00F41FED">
              <w:rPr>
                <w:rFonts w:ascii="Times New Roman" w:hAnsi="Times New Roman" w:cs="Times New Roman"/>
                <w:w w:val="97"/>
                <w:lang w:val="ru-RU"/>
              </w:rPr>
              <w:t>Устный опрос;</w:t>
            </w:r>
          </w:p>
          <w:p w:rsidR="00C17EC3" w:rsidRPr="00F41FED" w:rsidRDefault="004F1FB5" w:rsidP="004F1FB5">
            <w:pPr>
              <w:rPr>
                <w:rFonts w:ascii="Times New Roman" w:hAnsi="Times New Roman" w:cs="Times New Roman"/>
              </w:rPr>
            </w:pPr>
            <w:proofErr w:type="spellStart"/>
            <w:r w:rsidRPr="00F41FED">
              <w:rPr>
                <w:rFonts w:ascii="Times New Roman" w:hAnsi="Times New Roman" w:cs="Times New Roman"/>
                <w:w w:val="97"/>
              </w:rPr>
              <w:t>Практическая</w:t>
            </w:r>
            <w:proofErr w:type="spellEnd"/>
            <w:r w:rsidR="00CC0949">
              <w:rPr>
                <w:rFonts w:ascii="Times New Roman" w:hAnsi="Times New Roman" w:cs="Times New Roman"/>
                <w:w w:val="97"/>
                <w:lang w:val="ru-RU"/>
              </w:rPr>
              <w:t xml:space="preserve"> </w:t>
            </w:r>
            <w:proofErr w:type="spellStart"/>
            <w:r w:rsidRPr="00F41FED">
              <w:rPr>
                <w:rFonts w:ascii="Times New Roman" w:hAnsi="Times New Roman" w:cs="Times New Roman"/>
                <w:w w:val="97"/>
              </w:rPr>
              <w:t>работа</w:t>
            </w:r>
            <w:proofErr w:type="spellEnd"/>
            <w:r w:rsidRPr="00F41FED">
              <w:rPr>
                <w:rFonts w:ascii="Times New Roman" w:hAnsi="Times New Roman" w:cs="Times New Roman"/>
                <w:w w:val="97"/>
              </w:rPr>
              <w:t>;</w:t>
            </w:r>
          </w:p>
        </w:tc>
      </w:tr>
      <w:tr w:rsidR="00C17EC3" w:rsidRPr="00F41FED" w:rsidTr="00E3739D">
        <w:trPr>
          <w:trHeight w:hRule="exact" w:val="861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1</w:t>
            </w:r>
            <w:r w:rsidR="00BA151F" w:rsidRPr="00F41FED">
              <w:rPr>
                <w:rFonts w:ascii="Times New Roman" w:eastAsia="Times New Roman" w:hAnsi="Times New Roman" w:cs="Times New Roman"/>
                <w:lang w:val="ru-RU"/>
              </w:rPr>
              <w:t>7</w:t>
            </w:r>
            <w:r w:rsidRPr="00F41FE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110" w:rsidRPr="00F41FED" w:rsidRDefault="00207F13" w:rsidP="00CC0949">
            <w:pPr>
              <w:pStyle w:val="a9"/>
              <w:rPr>
                <w:lang w:val="ru-RU"/>
              </w:rPr>
            </w:pPr>
            <w:r w:rsidRPr="00F41FED">
              <w:rPr>
                <w:shd w:val="clear" w:color="auto" w:fill="F7F5F5"/>
                <w:lang w:val="ru-RU"/>
              </w:rPr>
              <w:t xml:space="preserve"> </w:t>
            </w:r>
            <w:r w:rsidRPr="00373FB0">
              <w:rPr>
                <w:rFonts w:ascii="Times New Roman" w:hAnsi="Times New Roman" w:cs="Times New Roman"/>
                <w:lang w:val="ru-RU"/>
              </w:rPr>
              <w:t>Обобщающий урок.</w:t>
            </w:r>
            <w:r w:rsidRPr="00F41FED">
              <w:rPr>
                <w:shd w:val="clear" w:color="auto" w:fill="F7F5F5"/>
                <w:lang w:val="ru-RU"/>
              </w:rPr>
              <w:t xml:space="preserve"> </w:t>
            </w:r>
            <w:r w:rsidRPr="00F41FED">
              <w:rPr>
                <w:b/>
                <w:lang w:val="ru-RU"/>
              </w:rPr>
              <w:t>Итогов</w:t>
            </w:r>
            <w:r w:rsidR="002D4BAB" w:rsidRPr="00F41FED">
              <w:rPr>
                <w:b/>
                <w:lang w:val="ru-RU"/>
              </w:rPr>
              <w:t>ое</w:t>
            </w:r>
            <w:r w:rsidR="00F41FED" w:rsidRPr="00F41FED">
              <w:rPr>
                <w:b/>
                <w:lang w:val="ru-RU"/>
              </w:rPr>
              <w:t xml:space="preserve"> </w:t>
            </w:r>
            <w:r w:rsidR="005F4599" w:rsidRPr="00F41FED">
              <w:rPr>
                <w:b/>
                <w:lang w:val="ru-RU"/>
              </w:rPr>
              <w:t xml:space="preserve">контрольное </w:t>
            </w:r>
            <w:r w:rsidRPr="00F41FED">
              <w:rPr>
                <w:b/>
                <w:lang w:val="ru-RU"/>
              </w:rPr>
              <w:t>тест</w:t>
            </w:r>
            <w:r w:rsidR="005F4599" w:rsidRPr="00F41FED">
              <w:rPr>
                <w:b/>
                <w:lang w:val="ru-RU"/>
              </w:rPr>
              <w:t>ирование</w:t>
            </w:r>
            <w:r w:rsidRPr="00F41FED">
              <w:rPr>
                <w:b/>
                <w:lang w:val="ru-RU" w:bidi="en-US"/>
              </w:rPr>
              <w:t>.</w:t>
            </w:r>
          </w:p>
          <w:p w:rsidR="00C17EC3" w:rsidRPr="00F41FED" w:rsidRDefault="00C17EC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60276B" w:rsidP="005F4599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F41FE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5F4599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5F4599" w:rsidP="005F45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C17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17EC3" w:rsidRPr="00F41FED" w:rsidRDefault="004F1FB5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41FED">
              <w:rPr>
                <w:rFonts w:ascii="Times New Roman" w:hAnsi="Times New Roman" w:cs="Times New Roman"/>
              </w:rPr>
              <w:t>Контрольная</w:t>
            </w:r>
            <w:proofErr w:type="spellEnd"/>
            <w:r w:rsidR="00CC094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F41FED">
              <w:rPr>
                <w:rFonts w:ascii="Times New Roman" w:hAnsi="Times New Roman" w:cs="Times New Roman"/>
              </w:rPr>
              <w:t>работа;</w:t>
            </w:r>
            <w:r w:rsidRPr="00F41FED">
              <w:rPr>
                <w:rFonts w:ascii="Times New Roman" w:hAnsi="Times New Roman" w:cs="Times New Roman"/>
                <w:spacing w:val="-1"/>
              </w:rPr>
              <w:t>Тестирование</w:t>
            </w:r>
            <w:proofErr w:type="spellEnd"/>
          </w:p>
        </w:tc>
      </w:tr>
    </w:tbl>
    <w:tbl>
      <w:tblPr>
        <w:tblpPr w:leftFromText="180" w:rightFromText="180" w:vertAnchor="text" w:horzAnchor="margin" w:tblpY="253"/>
        <w:tblW w:w="10281" w:type="dxa"/>
        <w:tblLayout w:type="fixed"/>
        <w:tblLook w:val="04A0" w:firstRow="1" w:lastRow="0" w:firstColumn="1" w:lastColumn="0" w:noHBand="0" w:noVBand="1"/>
      </w:tblPr>
      <w:tblGrid>
        <w:gridCol w:w="5392"/>
        <w:gridCol w:w="709"/>
        <w:gridCol w:w="850"/>
        <w:gridCol w:w="1134"/>
        <w:gridCol w:w="2196"/>
      </w:tblGrid>
      <w:tr w:rsidR="00A86BCC" w:rsidRPr="00F41FED" w:rsidTr="00CC0949">
        <w:trPr>
          <w:trHeight w:hRule="exact" w:val="793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6BCC" w:rsidRPr="00F41FED" w:rsidRDefault="00A86BCC" w:rsidP="00A86BCC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41FE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ОБЩЕЕ КОЛИЧЕСТВО ЧАСОВ ПО ПРОГРАММЕ</w:t>
            </w:r>
          </w:p>
          <w:p w:rsidR="002D4BAB" w:rsidRPr="00F41FED" w:rsidRDefault="002D4BAB" w:rsidP="00A86BCC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6BCC" w:rsidRPr="00F41FED" w:rsidRDefault="00A86BCC" w:rsidP="00A86BCC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eastAsia="Times New Roman" w:hAnsi="Times New Roman" w:cs="Times New Roman"/>
                <w:sz w:val="24"/>
                <w:lang w:val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6BCC" w:rsidRPr="00F41FED" w:rsidRDefault="004F1FB5" w:rsidP="00A86BCC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6BCC" w:rsidRPr="00F41FED" w:rsidRDefault="005F4599" w:rsidP="00A86BCC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lang w:val="ru-RU"/>
              </w:rPr>
            </w:pPr>
            <w:r w:rsidRPr="00F41FED">
              <w:rPr>
                <w:rFonts w:ascii="Times New Roman" w:eastAsia="Times New Roman" w:hAnsi="Times New Roman" w:cs="Times New Roman"/>
                <w:sz w:val="24"/>
                <w:lang w:val="ru-RU"/>
              </w:rPr>
              <w:t>15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86BCC" w:rsidRPr="00F41FED" w:rsidRDefault="00A86BCC" w:rsidP="00A86BCC">
            <w:pPr>
              <w:rPr>
                <w:rFonts w:ascii="Times New Roman" w:hAnsi="Times New Roman" w:cs="Times New Roman"/>
              </w:rPr>
            </w:pPr>
          </w:p>
        </w:tc>
      </w:tr>
    </w:tbl>
    <w:p w:rsidR="00E3739D" w:rsidRDefault="00E3739D" w:rsidP="00F41FE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val="ru-RU"/>
        </w:rPr>
      </w:pPr>
    </w:p>
    <w:p w:rsidR="00E3739D" w:rsidRDefault="00E3739D" w:rsidP="00F41FE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val="ru-RU"/>
        </w:rPr>
      </w:pPr>
    </w:p>
    <w:p w:rsidR="00E3739D" w:rsidRDefault="00E3739D" w:rsidP="00F41FE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val="ru-RU"/>
        </w:rPr>
      </w:pPr>
    </w:p>
    <w:p w:rsidR="00E3739D" w:rsidRDefault="00E3739D" w:rsidP="00F41FE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val="ru-RU"/>
        </w:rPr>
      </w:pPr>
    </w:p>
    <w:p w:rsidR="00E3739D" w:rsidRDefault="00E3739D" w:rsidP="00F41FE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val="ru-RU"/>
        </w:rPr>
      </w:pPr>
    </w:p>
    <w:p w:rsidR="00E3739D" w:rsidRDefault="00E3739D" w:rsidP="00F41FE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lang w:val="ru-RU"/>
        </w:rPr>
      </w:pPr>
    </w:p>
    <w:p w:rsidR="00C17EC3" w:rsidRPr="00F41FED" w:rsidRDefault="0060276B" w:rsidP="00F41FED">
      <w:pPr>
        <w:autoSpaceDE w:val="0"/>
        <w:autoSpaceDN w:val="0"/>
        <w:spacing w:after="0" w:line="240" w:lineRule="auto"/>
        <w:rPr>
          <w:rFonts w:ascii="Times New Roman" w:hAnsi="Times New Roman" w:cs="Times New Roman"/>
          <w:lang w:val="ru-RU"/>
        </w:rPr>
      </w:pPr>
      <w:r w:rsidRPr="00F41FED">
        <w:rPr>
          <w:rFonts w:ascii="Times New Roman" w:eastAsia="Times New Roman" w:hAnsi="Times New Roman" w:cs="Times New Roman"/>
          <w:b/>
          <w:sz w:val="24"/>
          <w:lang w:val="ru-RU"/>
        </w:rPr>
        <w:t xml:space="preserve">УЧЕБНО-МЕТОДИЧЕСКОЕ ОБЕСПЕЧЕНИЕ ОБРАЗОВАТЕЛЬНОГО ПРОЦЕССА </w:t>
      </w:r>
    </w:p>
    <w:p w:rsidR="00C17EC3" w:rsidRPr="00F41FED" w:rsidRDefault="0060276B" w:rsidP="00F41FED">
      <w:pPr>
        <w:autoSpaceDE w:val="0"/>
        <w:autoSpaceDN w:val="0"/>
        <w:spacing w:before="346" w:after="0" w:line="240" w:lineRule="auto"/>
        <w:rPr>
          <w:rFonts w:ascii="Times New Roman" w:hAnsi="Times New Roman" w:cs="Times New Roman"/>
          <w:lang w:val="ru-RU"/>
        </w:rPr>
      </w:pPr>
      <w:r w:rsidRPr="00F41FED">
        <w:rPr>
          <w:rFonts w:ascii="Times New Roman" w:eastAsia="Times New Roman" w:hAnsi="Times New Roman" w:cs="Times New Roman"/>
          <w:b/>
          <w:sz w:val="24"/>
          <w:lang w:val="ru-RU"/>
        </w:rPr>
        <w:t>ОБЯЗАТЕЛЬНЫЕ УЧЕБНЫЕ МАТЕРИАЛЫ ДЛЯ УЧЕНИКА</w:t>
      </w:r>
    </w:p>
    <w:p w:rsidR="00E3739D" w:rsidRDefault="0060276B" w:rsidP="00F41FED">
      <w:pPr>
        <w:autoSpaceDE w:val="0"/>
        <w:autoSpaceDN w:val="0"/>
        <w:spacing w:before="166" w:after="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 w:rsidRPr="00F41FED">
        <w:rPr>
          <w:rFonts w:ascii="Times New Roman" w:eastAsia="Times New Roman" w:hAnsi="Times New Roman" w:cs="Times New Roman"/>
          <w:sz w:val="24"/>
          <w:lang w:val="ru-RU"/>
        </w:rPr>
        <w:t xml:space="preserve">Изобразительное искусство. 5 класс/Горяева Н. А., Островская О.В.; </w:t>
      </w:r>
    </w:p>
    <w:p w:rsidR="00C17EC3" w:rsidRPr="00F41FED" w:rsidRDefault="0060276B" w:rsidP="00F41FED">
      <w:pPr>
        <w:autoSpaceDE w:val="0"/>
        <w:autoSpaceDN w:val="0"/>
        <w:spacing w:before="166" w:after="0" w:line="240" w:lineRule="auto"/>
        <w:rPr>
          <w:rFonts w:ascii="Times New Roman" w:hAnsi="Times New Roman" w:cs="Times New Roman"/>
          <w:lang w:val="ru-RU"/>
        </w:rPr>
      </w:pPr>
      <w:r w:rsidRPr="00F41FED">
        <w:rPr>
          <w:rFonts w:ascii="Times New Roman" w:eastAsia="Times New Roman" w:hAnsi="Times New Roman" w:cs="Times New Roman"/>
          <w:sz w:val="24"/>
          <w:lang w:val="ru-RU"/>
        </w:rPr>
        <w:t xml:space="preserve">под редакцией </w:t>
      </w:r>
      <w:proofErr w:type="spellStart"/>
      <w:r w:rsidRPr="00F41FED">
        <w:rPr>
          <w:rFonts w:ascii="Times New Roman" w:eastAsia="Times New Roman" w:hAnsi="Times New Roman" w:cs="Times New Roman"/>
          <w:sz w:val="24"/>
          <w:lang w:val="ru-RU"/>
        </w:rPr>
        <w:t>Неменского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 xml:space="preserve"> Б.М., Акционерное общество «Издательство «Просвещение»; </w:t>
      </w:r>
      <w:r w:rsidRPr="00F41FED">
        <w:rPr>
          <w:rFonts w:ascii="Times New Roman" w:hAnsi="Times New Roman" w:cs="Times New Roman"/>
          <w:lang w:val="ru-RU"/>
        </w:rPr>
        <w:br/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Введите свой вариант:</w:t>
      </w:r>
    </w:p>
    <w:p w:rsidR="00C17EC3" w:rsidRPr="00F41FED" w:rsidRDefault="0060276B" w:rsidP="00F41FED">
      <w:pPr>
        <w:autoSpaceDE w:val="0"/>
        <w:autoSpaceDN w:val="0"/>
        <w:spacing w:before="262" w:after="0" w:line="240" w:lineRule="auto"/>
        <w:rPr>
          <w:rFonts w:ascii="Times New Roman" w:hAnsi="Times New Roman" w:cs="Times New Roman"/>
          <w:lang w:val="ru-RU"/>
        </w:rPr>
      </w:pPr>
      <w:r w:rsidRPr="00F41FED">
        <w:rPr>
          <w:rFonts w:ascii="Times New Roman" w:eastAsia="Times New Roman" w:hAnsi="Times New Roman" w:cs="Times New Roman"/>
          <w:b/>
          <w:sz w:val="24"/>
          <w:lang w:val="ru-RU"/>
        </w:rPr>
        <w:t>МЕТОДИЧЕСКИЕ МАТЕРИАЛЫ ДЛЯ УЧИТЕЛЯ</w:t>
      </w:r>
    </w:p>
    <w:p w:rsidR="00E3739D" w:rsidRDefault="0060276B" w:rsidP="00E3739D">
      <w:pPr>
        <w:pBdr>
          <w:right w:val="single" w:sz="4" w:space="4" w:color="auto"/>
        </w:pBdr>
        <w:autoSpaceDE w:val="0"/>
        <w:autoSpaceDN w:val="0"/>
        <w:spacing w:before="166" w:after="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 w:rsidRPr="00F41FED">
        <w:rPr>
          <w:rFonts w:ascii="Times New Roman" w:eastAsia="Times New Roman" w:hAnsi="Times New Roman" w:cs="Times New Roman"/>
          <w:sz w:val="24"/>
          <w:lang w:val="ru-RU"/>
        </w:rPr>
        <w:t xml:space="preserve">Уроки изобразительного искусства. Декоративно​прикладное искусство в жизни человека. </w:t>
      </w:r>
    </w:p>
    <w:p w:rsidR="00C17EC3" w:rsidRPr="00F41FED" w:rsidRDefault="0060276B" w:rsidP="00E3739D">
      <w:pPr>
        <w:pBdr>
          <w:right w:val="single" w:sz="4" w:space="4" w:color="auto"/>
        </w:pBdr>
        <w:autoSpaceDE w:val="0"/>
        <w:autoSpaceDN w:val="0"/>
        <w:spacing w:before="166" w:after="0" w:line="240" w:lineRule="auto"/>
        <w:rPr>
          <w:rFonts w:ascii="Times New Roman" w:hAnsi="Times New Roman" w:cs="Times New Roman"/>
          <w:lang w:val="ru-RU"/>
        </w:rPr>
      </w:pPr>
      <w:r w:rsidRPr="00F41FED">
        <w:rPr>
          <w:rFonts w:ascii="Times New Roman" w:eastAsia="Times New Roman" w:hAnsi="Times New Roman" w:cs="Times New Roman"/>
          <w:sz w:val="24"/>
          <w:lang w:val="ru-RU"/>
        </w:rPr>
        <w:t>Поурочные разработки. 5 класс / Н. А. Горяева; под ред. Б. М. Не​</w:t>
      </w:r>
      <w:proofErr w:type="spellStart"/>
      <w:r w:rsidRPr="00F41FED">
        <w:rPr>
          <w:rFonts w:ascii="Times New Roman" w:eastAsia="Times New Roman" w:hAnsi="Times New Roman" w:cs="Times New Roman"/>
          <w:sz w:val="24"/>
          <w:lang w:val="ru-RU"/>
        </w:rPr>
        <w:t>менского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 xml:space="preserve">. — 2-е изд., доп. — </w:t>
      </w:r>
      <w:r w:rsidRPr="00F41FED">
        <w:rPr>
          <w:rFonts w:ascii="Times New Roman" w:eastAsia="Times New Roman" w:hAnsi="Times New Roman" w:cs="Times New Roman"/>
          <w:sz w:val="24"/>
        </w:rPr>
        <w:t>M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.</w:t>
      </w:r>
      <w:proofErr w:type="gramStart"/>
      <w:r w:rsidRPr="00F41FED">
        <w:rPr>
          <w:rFonts w:ascii="Times New Roman" w:eastAsia="Times New Roman" w:hAnsi="Times New Roman" w:cs="Times New Roman"/>
          <w:sz w:val="24"/>
          <w:lang w:val="ru-RU"/>
        </w:rPr>
        <w:t xml:space="preserve"> :</w:t>
      </w:r>
      <w:proofErr w:type="gramEnd"/>
      <w:r w:rsidRPr="00F41FED">
        <w:rPr>
          <w:rFonts w:ascii="Times New Roman" w:eastAsia="Times New Roman" w:hAnsi="Times New Roman" w:cs="Times New Roman"/>
          <w:sz w:val="24"/>
          <w:lang w:val="ru-RU"/>
        </w:rPr>
        <w:t xml:space="preserve"> Просвещение, 2017.</w:t>
      </w:r>
    </w:p>
    <w:p w:rsidR="00C17EC3" w:rsidRPr="00F41FED" w:rsidRDefault="0060276B" w:rsidP="00F41FED">
      <w:pPr>
        <w:autoSpaceDE w:val="0"/>
        <w:autoSpaceDN w:val="0"/>
        <w:spacing w:before="264" w:after="0" w:line="240" w:lineRule="auto"/>
        <w:rPr>
          <w:rFonts w:ascii="Times New Roman" w:hAnsi="Times New Roman" w:cs="Times New Roman"/>
          <w:lang w:val="ru-RU"/>
        </w:rPr>
      </w:pPr>
      <w:r w:rsidRPr="00F41FED">
        <w:rPr>
          <w:rFonts w:ascii="Times New Roman" w:eastAsia="Times New Roman" w:hAnsi="Times New Roman" w:cs="Times New Roman"/>
          <w:b/>
          <w:sz w:val="24"/>
          <w:lang w:val="ru-RU"/>
        </w:rPr>
        <w:t>ЦИФРОВЫЕ ОБРАЗОВАТЕЛЬНЫЕ РЕСУРСЫ И РЕСУРСЫ СЕТИ ИНТЕРНЕТ</w:t>
      </w:r>
    </w:p>
    <w:p w:rsidR="00C17EC3" w:rsidRPr="00F41FED" w:rsidRDefault="0060276B" w:rsidP="00F41FED">
      <w:pPr>
        <w:autoSpaceDE w:val="0"/>
        <w:autoSpaceDN w:val="0"/>
        <w:spacing w:before="166" w:after="0" w:line="240" w:lineRule="auto"/>
        <w:ind w:right="864"/>
        <w:rPr>
          <w:rFonts w:ascii="Times New Roman" w:hAnsi="Times New Roman" w:cs="Times New Roman"/>
          <w:lang w:val="ru-RU"/>
        </w:rPr>
      </w:pPr>
      <w:r w:rsidRPr="00F41FED">
        <w:rPr>
          <w:rFonts w:ascii="Times New Roman" w:eastAsia="Times New Roman" w:hAnsi="Times New Roman" w:cs="Times New Roman"/>
          <w:sz w:val="24"/>
        </w:rPr>
        <w:t>https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://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resh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>.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edu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>.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ru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 xml:space="preserve">/ </w:t>
      </w:r>
      <w:r w:rsidRPr="00F41FED">
        <w:rPr>
          <w:rFonts w:ascii="Times New Roman" w:hAnsi="Times New Roman" w:cs="Times New Roman"/>
          <w:lang w:val="ru-RU"/>
        </w:rPr>
        <w:br/>
      </w:r>
      <w:proofErr w:type="gramStart"/>
      <w:r w:rsidRPr="00F41FED">
        <w:rPr>
          <w:rFonts w:ascii="Times New Roman" w:eastAsia="Times New Roman" w:hAnsi="Times New Roman" w:cs="Times New Roman"/>
          <w:sz w:val="24"/>
        </w:rPr>
        <w:t>http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://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fcior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>.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edu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>.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ru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>/ ;</w:t>
      </w:r>
      <w:proofErr w:type="gramEnd"/>
      <w:r w:rsidRPr="00F41FED">
        <w:rPr>
          <w:rFonts w:ascii="Times New Roman" w:hAnsi="Times New Roman" w:cs="Times New Roman"/>
          <w:lang w:val="ru-RU"/>
        </w:rPr>
        <w:br/>
      </w:r>
      <w:r w:rsidRPr="00F41FED">
        <w:rPr>
          <w:rFonts w:ascii="Times New Roman" w:eastAsia="Times New Roman" w:hAnsi="Times New Roman" w:cs="Times New Roman"/>
          <w:sz w:val="24"/>
        </w:rPr>
        <w:lastRenderedPageBreak/>
        <w:t>http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://</w:t>
      </w:r>
      <w:r w:rsidRPr="00F41FED">
        <w:rPr>
          <w:rFonts w:ascii="Times New Roman" w:eastAsia="Times New Roman" w:hAnsi="Times New Roman" w:cs="Times New Roman"/>
          <w:sz w:val="24"/>
        </w:rPr>
        <w:t>www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.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znaem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>-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mozhem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>.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ru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 xml:space="preserve">; </w:t>
      </w:r>
      <w:r w:rsidRPr="00F41FED">
        <w:rPr>
          <w:rFonts w:ascii="Times New Roman" w:eastAsia="Times New Roman" w:hAnsi="Times New Roman" w:cs="Times New Roman"/>
          <w:sz w:val="24"/>
        </w:rPr>
        <w:t>http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://</w:t>
      </w:r>
      <w:r w:rsidRPr="00F41FED">
        <w:rPr>
          <w:rFonts w:ascii="Times New Roman" w:eastAsia="Times New Roman" w:hAnsi="Times New Roman" w:cs="Times New Roman"/>
          <w:sz w:val="24"/>
        </w:rPr>
        <w:t>school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-</w:t>
      </w:r>
      <w:r w:rsidRPr="00F41FED">
        <w:rPr>
          <w:rFonts w:ascii="Times New Roman" w:eastAsia="Times New Roman" w:hAnsi="Times New Roman" w:cs="Times New Roman"/>
          <w:sz w:val="24"/>
        </w:rPr>
        <w:t>collection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.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edu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>.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ru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 xml:space="preserve">/ ; </w:t>
      </w:r>
      <w:r w:rsidRPr="00F41FED">
        <w:rPr>
          <w:rFonts w:ascii="Times New Roman" w:eastAsia="Times New Roman" w:hAnsi="Times New Roman" w:cs="Times New Roman"/>
          <w:sz w:val="24"/>
        </w:rPr>
        <w:t>http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://</w:t>
      </w:r>
      <w:r w:rsidRPr="00F41FED">
        <w:rPr>
          <w:rFonts w:ascii="Times New Roman" w:eastAsia="Times New Roman" w:hAnsi="Times New Roman" w:cs="Times New Roman"/>
          <w:sz w:val="24"/>
        </w:rPr>
        <w:t>festival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.1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september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>.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ru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 xml:space="preserve">/ ; </w:t>
      </w:r>
      <w:r w:rsidRPr="00F41FED">
        <w:rPr>
          <w:rFonts w:ascii="Times New Roman" w:eastAsia="Times New Roman" w:hAnsi="Times New Roman" w:cs="Times New Roman"/>
          <w:sz w:val="24"/>
        </w:rPr>
        <w:t>http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://</w:t>
      </w:r>
      <w:r w:rsidRPr="00F41FED">
        <w:rPr>
          <w:rFonts w:ascii="Times New Roman" w:eastAsia="Times New Roman" w:hAnsi="Times New Roman" w:cs="Times New Roman"/>
          <w:sz w:val="24"/>
        </w:rPr>
        <w:t>window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.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edu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>.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ru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 xml:space="preserve">/ ; </w:t>
      </w:r>
      <w:r w:rsidRPr="00F41FED">
        <w:rPr>
          <w:rFonts w:ascii="Times New Roman" w:eastAsia="Times New Roman" w:hAnsi="Times New Roman" w:cs="Times New Roman"/>
          <w:sz w:val="24"/>
        </w:rPr>
        <w:t>http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://</w:t>
      </w:r>
      <w:r w:rsidRPr="00F41FED">
        <w:rPr>
          <w:rFonts w:ascii="Times New Roman" w:eastAsia="Times New Roman" w:hAnsi="Times New Roman" w:cs="Times New Roman"/>
          <w:sz w:val="24"/>
        </w:rPr>
        <w:t>www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.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openclass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>.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ru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 xml:space="preserve">/ </w:t>
      </w:r>
      <w:r w:rsidRPr="00F41FED">
        <w:rPr>
          <w:rFonts w:ascii="Times New Roman" w:eastAsia="Times New Roman" w:hAnsi="Times New Roman" w:cs="Times New Roman"/>
          <w:sz w:val="24"/>
        </w:rPr>
        <w:t>http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://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ru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>.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wikipedia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>.</w:t>
      </w:r>
      <w:r w:rsidRPr="00F41FED">
        <w:rPr>
          <w:rFonts w:ascii="Times New Roman" w:eastAsia="Times New Roman" w:hAnsi="Times New Roman" w:cs="Times New Roman"/>
          <w:sz w:val="24"/>
        </w:rPr>
        <w:t>org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/</w:t>
      </w:r>
      <w:r w:rsidRPr="00F41FED">
        <w:rPr>
          <w:rFonts w:ascii="Times New Roman" w:eastAsia="Times New Roman" w:hAnsi="Times New Roman" w:cs="Times New Roman"/>
          <w:sz w:val="24"/>
        </w:rPr>
        <w:t>wiki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 xml:space="preserve"> ; </w:t>
      </w:r>
      <w:r w:rsidRPr="00F41FED">
        <w:rPr>
          <w:rFonts w:ascii="Times New Roman" w:eastAsia="Times New Roman" w:hAnsi="Times New Roman" w:cs="Times New Roman"/>
          <w:sz w:val="24"/>
        </w:rPr>
        <w:t>http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://</w:t>
      </w:r>
      <w:r w:rsidRPr="00F41FED">
        <w:rPr>
          <w:rFonts w:ascii="Times New Roman" w:eastAsia="Times New Roman" w:hAnsi="Times New Roman" w:cs="Times New Roman"/>
          <w:sz w:val="24"/>
        </w:rPr>
        <w:t>www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.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artsait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>.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ru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>.</w:t>
      </w:r>
    </w:p>
    <w:p w:rsidR="00C17EC3" w:rsidRPr="00F41FED" w:rsidRDefault="0060276B" w:rsidP="00F41FED">
      <w:pPr>
        <w:autoSpaceDE w:val="0"/>
        <w:autoSpaceDN w:val="0"/>
        <w:spacing w:before="70" w:after="0" w:line="240" w:lineRule="auto"/>
        <w:ind w:right="2880"/>
        <w:rPr>
          <w:rFonts w:ascii="Times New Roman" w:hAnsi="Times New Roman" w:cs="Times New Roman"/>
          <w:lang w:val="ru-RU"/>
        </w:rPr>
      </w:pPr>
      <w:r w:rsidRPr="00F41FED">
        <w:rPr>
          <w:rFonts w:ascii="Times New Roman" w:eastAsia="Times New Roman" w:hAnsi="Times New Roman" w:cs="Times New Roman"/>
          <w:sz w:val="24"/>
        </w:rPr>
        <w:t>https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://</w:t>
      </w:r>
      <w:r w:rsidRPr="00F41FED">
        <w:rPr>
          <w:rFonts w:ascii="Times New Roman" w:eastAsia="Times New Roman" w:hAnsi="Times New Roman" w:cs="Times New Roman"/>
          <w:sz w:val="24"/>
        </w:rPr>
        <w:t>www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.</w:t>
      </w:r>
      <w:r w:rsidRPr="00F41FED">
        <w:rPr>
          <w:rFonts w:ascii="Times New Roman" w:eastAsia="Times New Roman" w:hAnsi="Times New Roman" w:cs="Times New Roman"/>
          <w:sz w:val="24"/>
        </w:rPr>
        <w:t>art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-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talant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>.</w:t>
      </w:r>
      <w:r w:rsidRPr="00F41FED">
        <w:rPr>
          <w:rFonts w:ascii="Times New Roman" w:eastAsia="Times New Roman" w:hAnsi="Times New Roman" w:cs="Times New Roman"/>
          <w:sz w:val="24"/>
        </w:rPr>
        <w:t>org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/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publikacii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>/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izo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>/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uroki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>/5-</w:t>
      </w:r>
      <w:r w:rsidRPr="00F41FED">
        <w:rPr>
          <w:rFonts w:ascii="Times New Roman" w:eastAsia="Times New Roman" w:hAnsi="Times New Roman" w:cs="Times New Roman"/>
          <w:sz w:val="24"/>
        </w:rPr>
        <w:t>class</w:t>
      </w:r>
      <w:r w:rsidRPr="00F41FED">
        <w:rPr>
          <w:rFonts w:ascii="Times New Roman" w:hAnsi="Times New Roman" w:cs="Times New Roman"/>
          <w:lang w:val="ru-RU"/>
        </w:rPr>
        <w:br/>
      </w:r>
      <w:r w:rsidRPr="00F41FED">
        <w:rPr>
          <w:rFonts w:ascii="Times New Roman" w:eastAsia="Times New Roman" w:hAnsi="Times New Roman" w:cs="Times New Roman"/>
          <w:sz w:val="24"/>
        </w:rPr>
        <w:t>https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://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stranamasterov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>.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ru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 xml:space="preserve">/ </w:t>
      </w:r>
      <w:r w:rsidRPr="00F41FED">
        <w:rPr>
          <w:rFonts w:ascii="Times New Roman" w:hAnsi="Times New Roman" w:cs="Times New Roman"/>
          <w:lang w:val="ru-RU"/>
        </w:rPr>
        <w:br/>
      </w:r>
      <w:r w:rsidRPr="00F41FED">
        <w:rPr>
          <w:rFonts w:ascii="Times New Roman" w:eastAsia="Times New Roman" w:hAnsi="Times New Roman" w:cs="Times New Roman"/>
          <w:sz w:val="24"/>
        </w:rPr>
        <w:t>https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://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nsportal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>.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ru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 xml:space="preserve">/ </w:t>
      </w:r>
      <w:r w:rsidRPr="00F41FED">
        <w:rPr>
          <w:rFonts w:ascii="Times New Roman" w:hAnsi="Times New Roman" w:cs="Times New Roman"/>
          <w:lang w:val="ru-RU"/>
        </w:rPr>
        <w:br/>
      </w:r>
      <w:r w:rsidRPr="00F41FED">
        <w:rPr>
          <w:rFonts w:ascii="Times New Roman" w:eastAsia="Times New Roman" w:hAnsi="Times New Roman" w:cs="Times New Roman"/>
          <w:sz w:val="24"/>
        </w:rPr>
        <w:t>https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://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artchive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>.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ru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>/</w:t>
      </w:r>
      <w:r w:rsidRPr="00F41FED">
        <w:rPr>
          <w:rFonts w:ascii="Times New Roman" w:eastAsia="Times New Roman" w:hAnsi="Times New Roman" w:cs="Times New Roman"/>
          <w:sz w:val="24"/>
        </w:rPr>
        <w:t>publications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/28~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Gosudarstvennaja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>_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Tret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>'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jakovskaja</w:t>
      </w:r>
      <w:proofErr w:type="spellEnd"/>
      <w:r w:rsidRPr="00F41FED">
        <w:rPr>
          <w:rFonts w:ascii="Times New Roman" w:eastAsia="Times New Roman" w:hAnsi="Times New Roman" w:cs="Times New Roman"/>
          <w:sz w:val="24"/>
          <w:lang w:val="ru-RU"/>
        </w:rPr>
        <w:t>_</w:t>
      </w:r>
      <w:proofErr w:type="spellStart"/>
      <w:r w:rsidRPr="00F41FED">
        <w:rPr>
          <w:rFonts w:ascii="Times New Roman" w:eastAsia="Times New Roman" w:hAnsi="Times New Roman" w:cs="Times New Roman"/>
          <w:sz w:val="24"/>
        </w:rPr>
        <w:t>galereja</w:t>
      </w:r>
      <w:proofErr w:type="spellEnd"/>
    </w:p>
    <w:p w:rsidR="00C17EC3" w:rsidRPr="00F41FED" w:rsidRDefault="0060276B" w:rsidP="00F41FED">
      <w:pPr>
        <w:autoSpaceDE w:val="0"/>
        <w:autoSpaceDN w:val="0"/>
        <w:spacing w:after="0" w:line="240" w:lineRule="auto"/>
        <w:rPr>
          <w:rFonts w:ascii="Times New Roman" w:hAnsi="Times New Roman" w:cs="Times New Roman"/>
          <w:lang w:val="ru-RU"/>
        </w:rPr>
      </w:pPr>
      <w:r w:rsidRPr="00F41FED">
        <w:rPr>
          <w:rFonts w:ascii="Times New Roman" w:eastAsia="Times New Roman" w:hAnsi="Times New Roman" w:cs="Times New Roman"/>
          <w:b/>
          <w:sz w:val="24"/>
          <w:lang w:val="ru-RU"/>
        </w:rPr>
        <w:t>МАТЕРИАЛЬНО-ТЕХНИЧЕСКОЕ ОБЕСПЕЧЕНИЕ ОБРАЗОВАТЕЛЬНОГО ПРОЦЕССА</w:t>
      </w:r>
    </w:p>
    <w:p w:rsidR="00C17EC3" w:rsidRPr="00F41FED" w:rsidRDefault="0060276B" w:rsidP="00F41FED">
      <w:pPr>
        <w:autoSpaceDE w:val="0"/>
        <w:autoSpaceDN w:val="0"/>
        <w:spacing w:before="346" w:after="0" w:line="240" w:lineRule="auto"/>
        <w:ind w:right="7200"/>
        <w:jc w:val="both"/>
        <w:rPr>
          <w:rFonts w:ascii="Times New Roman" w:hAnsi="Times New Roman" w:cs="Times New Roman"/>
          <w:lang w:val="ru-RU"/>
        </w:rPr>
      </w:pPr>
      <w:r w:rsidRPr="00F41FED">
        <w:rPr>
          <w:rFonts w:ascii="Times New Roman" w:eastAsia="Times New Roman" w:hAnsi="Times New Roman" w:cs="Times New Roman"/>
          <w:b/>
          <w:sz w:val="24"/>
          <w:lang w:val="ru-RU"/>
        </w:rPr>
        <w:t xml:space="preserve">УЧЕБНОЕ ОБОРУДОВАНИЕ </w:t>
      </w:r>
      <w:r w:rsidRPr="00F41FED">
        <w:rPr>
          <w:rFonts w:ascii="Times New Roman" w:hAnsi="Times New Roman" w:cs="Times New Roman"/>
          <w:lang w:val="ru-RU"/>
        </w:rPr>
        <w:br/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компьютер, телевизор</w:t>
      </w:r>
    </w:p>
    <w:p w:rsidR="0060276B" w:rsidRPr="00F41FED" w:rsidRDefault="0060276B" w:rsidP="00F41FED">
      <w:pPr>
        <w:autoSpaceDE w:val="0"/>
        <w:autoSpaceDN w:val="0"/>
        <w:spacing w:before="262" w:after="0" w:line="240" w:lineRule="auto"/>
        <w:ind w:right="4896"/>
        <w:jc w:val="both"/>
        <w:rPr>
          <w:rFonts w:ascii="Times New Roman" w:hAnsi="Times New Roman" w:cs="Times New Roman"/>
          <w:lang w:val="ru-RU"/>
        </w:rPr>
      </w:pPr>
      <w:r w:rsidRPr="00F41FED">
        <w:rPr>
          <w:rFonts w:ascii="Times New Roman" w:eastAsia="Times New Roman" w:hAnsi="Times New Roman" w:cs="Times New Roman"/>
          <w:b/>
          <w:sz w:val="24"/>
          <w:lang w:val="ru-RU"/>
        </w:rPr>
        <w:t xml:space="preserve">ОБОРУДОВАНИЕ ДЛЯ ПРАКТИЧЕСКИХ РАБОТ </w:t>
      </w:r>
      <w:r w:rsidRPr="00F41FED">
        <w:rPr>
          <w:rFonts w:ascii="Times New Roman" w:eastAsia="Times New Roman" w:hAnsi="Times New Roman" w:cs="Times New Roman"/>
          <w:sz w:val="24"/>
          <w:lang w:val="ru-RU"/>
        </w:rPr>
        <w:t>Репродукции картин художников, иллюстрации</w:t>
      </w:r>
      <w:r w:rsidR="001203F0" w:rsidRPr="00F41FED">
        <w:rPr>
          <w:rFonts w:ascii="Times New Roman" w:eastAsia="Times New Roman" w:hAnsi="Times New Roman" w:cs="Times New Roman"/>
          <w:sz w:val="24"/>
          <w:lang w:val="ru-RU"/>
        </w:rPr>
        <w:t>, таблицы</w:t>
      </w:r>
      <w:r w:rsidR="00F20138">
        <w:rPr>
          <w:rFonts w:ascii="Times New Roman" w:eastAsia="Times New Roman" w:hAnsi="Times New Roman" w:cs="Times New Roman"/>
          <w:sz w:val="24"/>
          <w:lang w:val="ru-RU"/>
        </w:rPr>
        <w:t>, краски, кисточки, баночки для воды, карандаши.</w:t>
      </w:r>
    </w:p>
    <w:sectPr w:rsidR="0060276B" w:rsidRPr="00F41FED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30"/>
    <w:rsid w:val="00007C7C"/>
    <w:rsid w:val="00034616"/>
    <w:rsid w:val="0006063C"/>
    <w:rsid w:val="000C38BE"/>
    <w:rsid w:val="000D04BD"/>
    <w:rsid w:val="000E4EFE"/>
    <w:rsid w:val="001203F0"/>
    <w:rsid w:val="001438EF"/>
    <w:rsid w:val="0015074B"/>
    <w:rsid w:val="001C5C78"/>
    <w:rsid w:val="00207F13"/>
    <w:rsid w:val="002155B9"/>
    <w:rsid w:val="00215D7E"/>
    <w:rsid w:val="002238BD"/>
    <w:rsid w:val="0029639D"/>
    <w:rsid w:val="002D4BAB"/>
    <w:rsid w:val="00310CE8"/>
    <w:rsid w:val="00326F90"/>
    <w:rsid w:val="00373FB0"/>
    <w:rsid w:val="003D6A01"/>
    <w:rsid w:val="003E443A"/>
    <w:rsid w:val="00487465"/>
    <w:rsid w:val="004F1FB5"/>
    <w:rsid w:val="00566D79"/>
    <w:rsid w:val="0058012B"/>
    <w:rsid w:val="00585802"/>
    <w:rsid w:val="005F4599"/>
    <w:rsid w:val="0060276B"/>
    <w:rsid w:val="00633CCD"/>
    <w:rsid w:val="006E0105"/>
    <w:rsid w:val="006E6BAC"/>
    <w:rsid w:val="007067FD"/>
    <w:rsid w:val="00721F9E"/>
    <w:rsid w:val="00822AE4"/>
    <w:rsid w:val="00853F10"/>
    <w:rsid w:val="008C2E24"/>
    <w:rsid w:val="00900AB1"/>
    <w:rsid w:val="00995F24"/>
    <w:rsid w:val="009F200A"/>
    <w:rsid w:val="00A86BCC"/>
    <w:rsid w:val="00AA1D8D"/>
    <w:rsid w:val="00AC4110"/>
    <w:rsid w:val="00B054BA"/>
    <w:rsid w:val="00B47730"/>
    <w:rsid w:val="00BA151F"/>
    <w:rsid w:val="00C12B45"/>
    <w:rsid w:val="00C17EC3"/>
    <w:rsid w:val="00C56DFE"/>
    <w:rsid w:val="00CB0664"/>
    <w:rsid w:val="00CC0949"/>
    <w:rsid w:val="00CC4535"/>
    <w:rsid w:val="00CE17DF"/>
    <w:rsid w:val="00CF2844"/>
    <w:rsid w:val="00E0417B"/>
    <w:rsid w:val="00E3739D"/>
    <w:rsid w:val="00E41A39"/>
    <w:rsid w:val="00E57C06"/>
    <w:rsid w:val="00F144EA"/>
    <w:rsid w:val="00F20138"/>
    <w:rsid w:val="00F22E0F"/>
    <w:rsid w:val="00F41FED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E041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esh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765E67-B4AB-49F7-BD56-E44F407F2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18</Pages>
  <Words>5770</Words>
  <Characters>32891</Characters>
  <Application>Microsoft Office Word</Application>
  <DocSecurity>0</DocSecurity>
  <Lines>274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38584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User</cp:lastModifiedBy>
  <cp:revision>18</cp:revision>
  <cp:lastPrinted>2022-08-21T16:36:00Z</cp:lastPrinted>
  <dcterms:created xsi:type="dcterms:W3CDTF">2013-12-23T23:15:00Z</dcterms:created>
  <dcterms:modified xsi:type="dcterms:W3CDTF">2022-09-12T02:29:00Z</dcterms:modified>
  <cp:category/>
</cp:coreProperties>
</file>